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481EC" w14:textId="11676624" w:rsidR="00574179" w:rsidRDefault="00574179"/>
    <w:p w14:paraId="46C62BE0" w14:textId="1038E27C" w:rsidR="001C65E2" w:rsidRDefault="00A91EDC">
      <w:bookmarkStart w:id="0" w:name="_GoBack"/>
      <w:r>
        <w:rPr>
          <w:noProof/>
        </w:rPr>
        <w:lastRenderedPageBreak/>
        <w:drawing>
          <wp:inline distT="0" distB="0" distL="0" distR="0" wp14:anchorId="3929BB4B" wp14:editId="7669210D">
            <wp:extent cx="7562850" cy="10696575"/>
            <wp:effectExtent l="0" t="4763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159069A" w14:textId="5F5F2AC5" w:rsidR="001C65E2" w:rsidRDefault="001C65E2"/>
    <w:p w14:paraId="60F8A5D3" w14:textId="3DFE7CD3" w:rsidR="001C65E2" w:rsidRDefault="001C65E2"/>
    <w:p w14:paraId="67077714" w14:textId="24701E99" w:rsidR="001C65E2" w:rsidRDefault="001C65E2"/>
    <w:p w14:paraId="7C528F5F" w14:textId="06532DC5" w:rsidR="001C65E2" w:rsidRDefault="001C65E2"/>
    <w:p w14:paraId="400F9497" w14:textId="30C43D46" w:rsidR="001C65E2" w:rsidRDefault="001C65E2"/>
    <w:p w14:paraId="736F66CA" w14:textId="13C754B6" w:rsidR="001C65E2" w:rsidRDefault="001C65E2"/>
    <w:p w14:paraId="6109915F" w14:textId="471ADFC0" w:rsidR="001C65E2" w:rsidRDefault="001C65E2"/>
    <w:p w14:paraId="44040D0D" w14:textId="77777777" w:rsidR="001C65E2" w:rsidRDefault="001C65E2" w:rsidP="001C65E2">
      <w:pPr>
        <w:autoSpaceDE w:val="0"/>
        <w:autoSpaceDN w:val="0"/>
        <w:spacing w:after="0" w:line="228" w:lineRule="auto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СОДЕРЖАНИЕ УЧЕБНОГО ПРЕДМЕТА </w:t>
      </w:r>
    </w:p>
    <w:p w14:paraId="6A7594EB" w14:textId="77777777" w:rsidR="001C65E2" w:rsidRDefault="001C65E2" w:rsidP="001C65E2">
      <w:pPr>
        <w:tabs>
          <w:tab w:val="left" w:pos="180"/>
        </w:tabs>
        <w:autoSpaceDE w:val="0"/>
        <w:autoSpaceDN w:val="0"/>
        <w:spacing w:before="346" w:after="0"/>
        <w:rPr>
          <w:lang w:val="ru-RU"/>
        </w:rPr>
      </w:pPr>
      <w:r>
        <w:rPr>
          <w:lang w:val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1. Технологии, профессии и производства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Рукотворный мир —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</w:t>
      </w:r>
      <w:r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  <w:lang w:val="ru-RU"/>
        </w:rPr>
        <w:t>выразительность. Средства художественной выразительности (композиция, цвет, тон и др.).</w:t>
      </w:r>
    </w:p>
    <w:p w14:paraId="3BDEFC79" w14:textId="77777777" w:rsidR="001C65E2" w:rsidRDefault="001C65E2" w:rsidP="001C65E2">
      <w:pPr>
        <w:autoSpaceDE w:val="0"/>
        <w:autoSpaceDN w:val="0"/>
        <w:spacing w:before="70" w:after="0" w:line="280" w:lineRule="auto"/>
        <w:ind w:right="144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>Изготовление изделий с учётом данного принципа. Общее представление о технологическом процессе: анализ устройства и назначения изделия; выстраивание последовательности практических действий и технологических операций; подбор материалов и инструментов; экономная разметка; обработка с целью получения (выделения) деталей, сборка, отделка изделия;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74888685" w14:textId="77777777" w:rsidR="001C65E2" w:rsidRDefault="001C65E2" w:rsidP="001C65E2">
      <w:pPr>
        <w:tabs>
          <w:tab w:val="left" w:pos="180"/>
        </w:tabs>
        <w:autoSpaceDE w:val="0"/>
        <w:autoSpaceDN w:val="0"/>
        <w:spacing w:before="70" w:after="0" w:line="261" w:lineRule="auto"/>
        <w:ind w:right="720"/>
        <w:rPr>
          <w:lang w:val="ru-RU"/>
        </w:rPr>
      </w:pP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>Традиции и современность. Новая жизнь древних профессий. Совершенствование их технологических процессов. Мастера и их профессии; правила мастера. Культурные традиции.</w:t>
      </w:r>
    </w:p>
    <w:p w14:paraId="349D90FB" w14:textId="77777777" w:rsidR="001C65E2" w:rsidRDefault="001C65E2" w:rsidP="001C65E2">
      <w:pPr>
        <w:tabs>
          <w:tab w:val="left" w:pos="180"/>
        </w:tabs>
        <w:autoSpaceDE w:val="0"/>
        <w:autoSpaceDN w:val="0"/>
        <w:spacing w:before="70" w:after="0" w:line="261" w:lineRule="auto"/>
        <w:ind w:right="1152"/>
        <w:rPr>
          <w:lang w:val="ru-RU"/>
        </w:rPr>
      </w:pP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14:paraId="1BCFBFFB" w14:textId="77777777" w:rsidR="001C65E2" w:rsidRDefault="001C65E2" w:rsidP="001C65E2">
      <w:pPr>
        <w:tabs>
          <w:tab w:val="left" w:pos="180"/>
        </w:tabs>
        <w:autoSpaceDE w:val="0"/>
        <w:autoSpaceDN w:val="0"/>
        <w:spacing w:before="70" w:after="0"/>
        <w:ind w:right="288"/>
        <w:rPr>
          <w:lang w:val="ru-RU"/>
        </w:rPr>
      </w:pPr>
      <w:r>
        <w:rPr>
          <w:lang w:val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2. Технологии ручной обработки материалов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14:paraId="0C04CF03" w14:textId="77777777" w:rsidR="001C65E2" w:rsidRDefault="001C65E2" w:rsidP="001C65E2">
      <w:pPr>
        <w:autoSpaceDE w:val="0"/>
        <w:autoSpaceDN w:val="0"/>
        <w:spacing w:before="70" w:after="0" w:line="280" w:lineRule="auto"/>
        <w:ind w:right="288" w:firstLine="180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Называние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др.), сборка изделия (сшивание). Подвижное соединение деталей изделия. Использование </w:t>
      </w:r>
      <w:r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  <w:lang w:val="ru-RU"/>
        </w:rPr>
        <w:t>соответствующих способов обработки материалов в зависимости от вида и назначения изделия.</w:t>
      </w:r>
    </w:p>
    <w:p w14:paraId="2F865CDD" w14:textId="77777777" w:rsidR="001C65E2" w:rsidRDefault="001C65E2" w:rsidP="001C65E2">
      <w:pPr>
        <w:autoSpaceDE w:val="0"/>
        <w:autoSpaceDN w:val="0"/>
        <w:spacing w:before="70" w:after="0" w:line="268" w:lineRule="auto"/>
        <w:ind w:firstLine="180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Виды условных графических изображений: рисунок, простейший чертёж, эскиз, схема. Чертёжные инструменты — линейка (угольник, циркуль). Их функциональное назначение, конструкция. Приёмы безопасной работы колющими (циркуль) инструментами.</w:t>
      </w:r>
    </w:p>
    <w:p w14:paraId="50A55BA8" w14:textId="77777777" w:rsidR="001C65E2" w:rsidRDefault="001C65E2" w:rsidP="001C65E2">
      <w:pPr>
        <w:autoSpaceDE w:val="0"/>
        <w:autoSpaceDN w:val="0"/>
        <w:spacing w:before="70" w:after="0" w:line="280" w:lineRule="auto"/>
        <w:ind w:right="144" w:firstLine="180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u w:val="single"/>
          <w:lang w:val="ru-RU"/>
        </w:rPr>
        <w:t>Технология обработки бумаги и картона.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— </w:t>
      </w:r>
      <w:proofErr w:type="spellStart"/>
      <w:r>
        <w:rPr>
          <w:rFonts w:ascii="Times New Roman" w:eastAsia="Times New Roman" w:hAnsi="Times New Roman"/>
          <w:color w:val="000000"/>
          <w:sz w:val="24"/>
          <w:lang w:val="ru-RU"/>
        </w:rPr>
        <w:t>биговка</w:t>
      </w:r>
      <w:proofErr w:type="spellEnd"/>
      <w:r>
        <w:rPr>
          <w:rFonts w:ascii="Times New Roman" w:eastAsia="Times New Roman" w:hAnsi="Times New Roman"/>
          <w:color w:val="000000"/>
          <w:sz w:val="24"/>
          <w:lang w:val="ru-RU"/>
        </w:rPr>
        <w:t>. Подвижное соединение деталей на проволоку, толстую нитку.</w:t>
      </w:r>
    </w:p>
    <w:p w14:paraId="72BA1FE8" w14:textId="77777777" w:rsidR="001C65E2" w:rsidRDefault="001C65E2" w:rsidP="001C65E2">
      <w:pPr>
        <w:autoSpaceDE w:val="0"/>
        <w:autoSpaceDN w:val="0"/>
        <w:spacing w:before="70" w:after="0" w:line="285" w:lineRule="auto"/>
        <w:ind w:firstLine="180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u w:val="single"/>
          <w:lang w:val="ru-RU"/>
        </w:rPr>
        <w:t>Технология обработки текстильных материалов.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Строение ткани (поперечное и продольное направление нитей). Ткани и нитки растительного происхождения (полученные на основе </w:t>
      </w:r>
      <w:r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  <w:lang w:val="ru-RU"/>
        </w:rPr>
        <w:t>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её варианты (перевивы, наборы) и/или строчка косого стежка и её варианты (крестик, стебельчатая, ёлочка).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69670C5A" w14:textId="77777777" w:rsidR="001C65E2" w:rsidRDefault="001C65E2" w:rsidP="001C65E2">
      <w:pPr>
        <w:autoSpaceDE w:val="0"/>
        <w:autoSpaceDN w:val="0"/>
        <w:spacing w:before="70" w:after="0" w:line="228" w:lineRule="auto"/>
        <w:ind w:left="180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>Использование дополнительных материалов (например, проволока, пряжа, бусины и др.).</w:t>
      </w:r>
    </w:p>
    <w:p w14:paraId="3151C950" w14:textId="77777777" w:rsidR="001C65E2" w:rsidRDefault="001C65E2" w:rsidP="001C65E2">
      <w:pPr>
        <w:tabs>
          <w:tab w:val="left" w:pos="180"/>
        </w:tabs>
        <w:autoSpaceDE w:val="0"/>
        <w:autoSpaceDN w:val="0"/>
        <w:spacing w:before="70" w:after="0" w:line="268" w:lineRule="auto"/>
        <w:ind w:right="720"/>
        <w:rPr>
          <w:lang w:val="ru-RU"/>
        </w:rPr>
      </w:pPr>
      <w:r>
        <w:rPr>
          <w:lang w:val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3. Конструирование и моделирование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29A4DC21" w14:textId="77777777" w:rsidR="001C65E2" w:rsidRDefault="001C65E2" w:rsidP="001C65E2">
      <w:pPr>
        <w:autoSpaceDE w:val="0"/>
        <w:autoSpaceDN w:val="0"/>
        <w:spacing w:after="0" w:line="268" w:lineRule="auto"/>
        <w:ind w:firstLine="180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349D9E34" w14:textId="77777777" w:rsidR="001C65E2" w:rsidRDefault="001C65E2" w:rsidP="001C65E2">
      <w:pPr>
        <w:autoSpaceDE w:val="0"/>
        <w:autoSpaceDN w:val="0"/>
        <w:spacing w:before="70" w:after="0" w:line="261" w:lineRule="auto"/>
        <w:ind w:left="180" w:right="2304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4. Информационно-коммуникативные технологии </w:t>
      </w:r>
      <w:r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  <w:lang w:val="ru-RU"/>
        </w:rPr>
        <w:t>Демонстрация учителем готовых материалов на информационных носителях.</w:t>
      </w:r>
    </w:p>
    <w:p w14:paraId="1DCAFDEB" w14:textId="77777777" w:rsidR="001C65E2" w:rsidRDefault="001C65E2" w:rsidP="001C65E2">
      <w:pPr>
        <w:autoSpaceDE w:val="0"/>
        <w:autoSpaceDN w:val="0"/>
        <w:spacing w:before="70" w:after="0" w:line="228" w:lineRule="auto"/>
        <w:ind w:left="180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>Поиск информации. Интернет как источник информации.</w:t>
      </w:r>
    </w:p>
    <w:p w14:paraId="0F7BEFB9" w14:textId="77777777" w:rsidR="001C65E2" w:rsidRDefault="001C65E2" w:rsidP="001C65E2">
      <w:pPr>
        <w:autoSpaceDE w:val="0"/>
        <w:autoSpaceDN w:val="0"/>
        <w:spacing w:before="190" w:after="0" w:line="285" w:lineRule="auto"/>
        <w:ind w:left="180" w:right="432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Универсальные учебные действия </w:t>
      </w:r>
      <w:r>
        <w:rPr>
          <w:lang w:val="ru-RU"/>
        </w:rPr>
        <w:br/>
      </w:r>
      <w:r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Познавательные УУД: </w:t>
      </w:r>
      <w:r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ориентироваться в терминах, используемых в технологии (в пределах изученного); </w:t>
      </w:r>
      <w:r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выполнять работу в соответствии с образцом, инструкцией, устной или письменной; </w:t>
      </w:r>
      <w:r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выполнять действия анализа и синтеза, сравнения, группировки с учётом указанных критериев; строить рассуждения, делать умозаключения, проверять их в практической работе; </w:t>
      </w:r>
      <w:r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  <w:lang w:val="ru-RU"/>
        </w:rPr>
        <w:t>воспроизводить порядок действий при решении учебной/практической задачи;</w:t>
      </w:r>
      <w:r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  <w:lang w:val="ru-RU"/>
        </w:rPr>
        <w:t>осуществлять решение простых задач в умственной и материализованной форме.</w:t>
      </w:r>
    </w:p>
    <w:p w14:paraId="20A84D66" w14:textId="77777777" w:rsidR="001C65E2" w:rsidRDefault="001C65E2" w:rsidP="001C65E2">
      <w:pPr>
        <w:tabs>
          <w:tab w:val="left" w:pos="180"/>
        </w:tabs>
        <w:autoSpaceDE w:val="0"/>
        <w:autoSpaceDN w:val="0"/>
        <w:spacing w:before="70" w:after="0"/>
        <w:ind w:right="144"/>
        <w:rPr>
          <w:lang w:val="ru-RU"/>
        </w:rPr>
      </w:pPr>
      <w:r>
        <w:rPr>
          <w:lang w:val="ru-RU"/>
        </w:rPr>
        <w:lastRenderedPageBreak/>
        <w:tab/>
      </w:r>
      <w:r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Работа с информацией: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получать информацию из учебника и других дидактических материалов, использовать её в работе; </w:t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>понимать и анализировать знаково-символическую информацию (чертёж, эскиз, рисунок, схема) и строить работу в соответствии с ней.</w:t>
      </w:r>
    </w:p>
    <w:p w14:paraId="73ADF694" w14:textId="77777777" w:rsidR="001C65E2" w:rsidRDefault="001C65E2" w:rsidP="001C65E2">
      <w:pPr>
        <w:tabs>
          <w:tab w:val="left" w:pos="180"/>
        </w:tabs>
        <w:autoSpaceDE w:val="0"/>
        <w:autoSpaceDN w:val="0"/>
        <w:spacing w:before="70" w:after="0" w:line="280" w:lineRule="auto"/>
        <w:rPr>
          <w:lang w:val="ru-RU"/>
        </w:rPr>
      </w:pPr>
      <w:r>
        <w:rPr>
          <w:lang w:val="ru-RU"/>
        </w:rPr>
        <w:tab/>
      </w:r>
      <w:r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Коммуникативные УУД: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выполнять правила участия в учебном диалоге: задавать вопросы, дополнять ответы </w:t>
      </w:r>
      <w:r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одноклассников, высказывать своё мнение; отвечать на вопросы; проявлять уважительное отношение к одноклассникам, внимание к мнению другого;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>делиться впечатлениями о прослушанном (прочитанном) тексте, рассказе учителя; о выполненной работе, созданном изделии.</w:t>
      </w:r>
    </w:p>
    <w:p w14:paraId="73D97244" w14:textId="77777777" w:rsidR="001C65E2" w:rsidRDefault="001C65E2" w:rsidP="001C65E2">
      <w:pPr>
        <w:tabs>
          <w:tab w:val="left" w:pos="180"/>
        </w:tabs>
        <w:autoSpaceDE w:val="0"/>
        <w:autoSpaceDN w:val="0"/>
        <w:spacing w:before="70" w:after="0" w:line="285" w:lineRule="auto"/>
        <w:ind w:right="576"/>
        <w:rPr>
          <w:lang w:val="ru-RU"/>
        </w:rPr>
      </w:pPr>
      <w:r>
        <w:rPr>
          <w:lang w:val="ru-RU"/>
        </w:rPr>
        <w:tab/>
      </w:r>
      <w:r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Регулятивные УУД: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понимать и принимать учебную задачу;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организовывать свою деятельность;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понимать предлагаемый план действий, действовать по плану;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прогнозировать необходимые действия для получения практического результата, планировать работу;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выполнять действия контроля и оценки;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>воспринимать советы, оценку учителя и одноклассников, стараться учитывать их в работе.</w:t>
      </w:r>
    </w:p>
    <w:p w14:paraId="7801871F" w14:textId="77777777" w:rsidR="001C65E2" w:rsidRDefault="001C65E2" w:rsidP="001C65E2">
      <w:pPr>
        <w:tabs>
          <w:tab w:val="left" w:pos="180"/>
        </w:tabs>
        <w:autoSpaceDE w:val="0"/>
        <w:autoSpaceDN w:val="0"/>
        <w:spacing w:before="72" w:after="0" w:line="280" w:lineRule="auto"/>
        <w:rPr>
          <w:lang w:val="ru-RU"/>
        </w:rPr>
      </w:pPr>
      <w:r>
        <w:rPr>
          <w:lang w:val="ru-RU"/>
        </w:rPr>
        <w:tab/>
      </w:r>
      <w:r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Совместная деятельность: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выполнять элементарную совместную деятельность в процессе изготовления изделий, осуществлять взаимопомощь;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>выполнять правила совместной работы: справедливо распределять работу; договариваться, выполнять ответственно свою часть работы, уважительно относиться к чужому мнению.</w:t>
      </w:r>
    </w:p>
    <w:p w14:paraId="6DA9AA2B" w14:textId="77777777" w:rsidR="001C65E2" w:rsidRDefault="001C65E2" w:rsidP="001C65E2">
      <w:pPr>
        <w:autoSpaceDE w:val="0"/>
        <w:autoSpaceDN w:val="0"/>
        <w:spacing w:after="78" w:line="220" w:lineRule="exact"/>
        <w:rPr>
          <w:lang w:val="ru-RU"/>
        </w:rPr>
      </w:pPr>
    </w:p>
    <w:p w14:paraId="20F221D8" w14:textId="77777777" w:rsidR="001C65E2" w:rsidRDefault="001C65E2" w:rsidP="001C65E2">
      <w:pPr>
        <w:autoSpaceDE w:val="0"/>
        <w:autoSpaceDN w:val="0"/>
        <w:spacing w:after="0" w:line="261" w:lineRule="auto"/>
        <w:ind w:right="432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ПЛАНИРУЕМЫЕ РЕЗУЛЬТАТЫ ОСВОЕНИЯ УЧЕБНОГО ПРЕДМЕТА «</w:t>
      </w:r>
      <w:proofErr w:type="gramStart"/>
      <w:r>
        <w:rPr>
          <w:rFonts w:ascii="Times New Roman" w:eastAsia="Times New Roman" w:hAnsi="Times New Roman"/>
          <w:b/>
          <w:color w:val="000000"/>
          <w:sz w:val="24"/>
          <w:lang w:val="ru-RU"/>
        </w:rPr>
        <w:t>ТЕХНОЛОГИЯ»НА</w:t>
      </w:r>
      <w:proofErr w:type="gramEnd"/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УРОВНЕ НАЧАЛЬНОГО ОБЩЕГО ОБРАЗОВАНИЯ </w:t>
      </w:r>
    </w:p>
    <w:p w14:paraId="04091671" w14:textId="77777777" w:rsidR="001C65E2" w:rsidRDefault="001C65E2" w:rsidP="001C65E2">
      <w:pPr>
        <w:tabs>
          <w:tab w:val="left" w:pos="180"/>
        </w:tabs>
        <w:autoSpaceDE w:val="0"/>
        <w:autoSpaceDN w:val="0"/>
        <w:spacing w:before="346" w:after="0" w:line="288" w:lineRule="auto"/>
        <w:rPr>
          <w:lang w:val="ru-RU"/>
        </w:rPr>
      </w:pPr>
      <w:r>
        <w:rPr>
          <w:lang w:val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ЛИЧНОСТНЫЕ РЕЗУЛЬТАТЫ ОБУЧАЮЩЕГОСЯ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В результате изучения предмета «Технология» у обучающегося будут сформированы следующие личностные новообразования: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первоначальные представления о созидательном и нравственном значении труда в жизни человека и общества; уважительное отношение к труду и творчеству мастеров;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осознание роли человека и используемых им технологий в сохранении гармонического </w:t>
      </w:r>
      <w:r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сосуществования рукотворного мира с миром </w:t>
      </w:r>
      <w:proofErr w:type="spellStart"/>
      <w:r>
        <w:rPr>
          <w:rFonts w:ascii="Times New Roman" w:eastAsia="Times New Roman" w:hAnsi="Times New Roman"/>
          <w:color w:val="000000"/>
          <w:sz w:val="24"/>
          <w:lang w:val="ru-RU"/>
        </w:rPr>
        <w:t>природы;ответственное</w:t>
      </w:r>
      <w:proofErr w:type="spellEnd"/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отношение к сохранению окружающей среды;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понимание культурно-исторической ценности традиций, отражённых в предметном мире; чувство сопричастности к культуре своего народа, уважительное отношение к культурным традициям других народов;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проявление способности к эстетической оценке окружающей предметной среды; эстетические чувства — эмоционально-положительное восприятие и понимание красоты форм и образов </w:t>
      </w:r>
      <w:r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природных объектов, образцов мировой и отечественной художественной культуры;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проявление положительного отношения и интереса к различным видам творческой преобразующей деятельности, стремление к творческой самореализации; мотивация к творческому труду, работе на результат; способность к различным видам практической преобразующей деятельности;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проявление устойчивых волевых качества и способность к саморегуляции: организованность, аккуратность, трудолюбие, ответственность, умение справляться с доступными проблемами; </w:t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>готовность вступать в сотрудничество с другими людьми с учётом этики общения; проявление толерантности и доброжелательности.</w:t>
      </w:r>
    </w:p>
    <w:p w14:paraId="6BAE9EA7" w14:textId="77777777" w:rsidR="001C65E2" w:rsidRDefault="001C65E2" w:rsidP="001C65E2">
      <w:pPr>
        <w:autoSpaceDE w:val="0"/>
        <w:autoSpaceDN w:val="0"/>
        <w:spacing w:before="190" w:after="0" w:line="261" w:lineRule="auto"/>
        <w:ind w:left="180" w:right="432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МЕТАПРЕДМЕТНЫЕ РЕЗУЛЬТАТЫ ОБУЧАЮЩЕГОСЯ </w:t>
      </w:r>
      <w:r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  <w:lang w:val="ru-RU"/>
        </w:rPr>
        <w:t>К концу обучения у обучающегося формируются следующие универсальные учебные действия.</w:t>
      </w:r>
    </w:p>
    <w:p w14:paraId="25094FF3" w14:textId="77777777" w:rsidR="001C65E2" w:rsidRDefault="001C65E2" w:rsidP="001C65E2">
      <w:pPr>
        <w:tabs>
          <w:tab w:val="left" w:pos="180"/>
        </w:tabs>
        <w:autoSpaceDE w:val="0"/>
        <w:autoSpaceDN w:val="0"/>
        <w:spacing w:before="190" w:after="0" w:line="288" w:lineRule="auto"/>
        <w:ind w:right="288"/>
        <w:rPr>
          <w:lang w:val="ru-RU"/>
        </w:rPr>
      </w:pPr>
      <w:r>
        <w:rPr>
          <w:lang w:val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Познавательные УУД: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осуществлять анализ объектов и изделий с выделением существенных и несущественных признаков;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сравнивать группы объектов/изделий, выделять в них общее и различия;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использовать схемы, модели и простейшие чертежи в собственной практической творческой деятельности;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714CEAAD" w14:textId="77777777" w:rsidR="001C65E2" w:rsidRDefault="001C65E2" w:rsidP="001C65E2">
      <w:pPr>
        <w:tabs>
          <w:tab w:val="left" w:pos="180"/>
        </w:tabs>
        <w:autoSpaceDE w:val="0"/>
        <w:autoSpaceDN w:val="0"/>
        <w:spacing w:before="190" w:after="0" w:line="280" w:lineRule="auto"/>
        <w:ind w:right="432"/>
        <w:rPr>
          <w:lang w:val="ru-RU"/>
        </w:rPr>
      </w:pPr>
      <w:r>
        <w:rPr>
          <w:lang w:val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Работа с информацией: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 </w:t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форме; выполнять действия моделирования,</w:t>
      </w:r>
    </w:p>
    <w:p w14:paraId="2ED3E10A" w14:textId="77777777" w:rsidR="001C65E2" w:rsidRDefault="001C65E2" w:rsidP="001C65E2">
      <w:pPr>
        <w:spacing w:after="0"/>
        <w:rPr>
          <w:lang w:val="ru-RU"/>
        </w:rPr>
        <w:sectPr w:rsidR="001C65E2" w:rsidSect="00A91EDC">
          <w:pgSz w:w="16840" w:h="11900" w:orient="landscape"/>
          <w:pgMar w:top="666" w:right="298" w:bottom="650" w:left="444" w:header="720" w:footer="720" w:gutter="0"/>
          <w:cols w:space="720"/>
          <w:docGrid w:linePitch="299"/>
        </w:sectPr>
      </w:pPr>
    </w:p>
    <w:p w14:paraId="116D0F95" w14:textId="77777777" w:rsidR="001C65E2" w:rsidRDefault="001C65E2" w:rsidP="001C65E2">
      <w:pPr>
        <w:autoSpaceDE w:val="0"/>
        <w:autoSpaceDN w:val="0"/>
        <w:spacing w:after="66" w:line="220" w:lineRule="exact"/>
        <w:rPr>
          <w:lang w:val="ru-RU"/>
        </w:rPr>
      </w:pPr>
    </w:p>
    <w:p w14:paraId="1FFB7D87" w14:textId="77777777" w:rsidR="001C65E2" w:rsidRDefault="001C65E2" w:rsidP="001C65E2">
      <w:pPr>
        <w:tabs>
          <w:tab w:val="left" w:pos="180"/>
        </w:tabs>
        <w:autoSpaceDE w:val="0"/>
        <w:autoSpaceDN w:val="0"/>
        <w:spacing w:after="0" w:line="280" w:lineRule="auto"/>
        <w:ind w:right="288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работать с моделями;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0E0B78F1" w14:textId="77777777" w:rsidR="001C65E2" w:rsidRDefault="001C65E2" w:rsidP="001C65E2">
      <w:pPr>
        <w:tabs>
          <w:tab w:val="left" w:pos="180"/>
        </w:tabs>
        <w:autoSpaceDE w:val="0"/>
        <w:autoSpaceDN w:val="0"/>
        <w:spacing w:before="190" w:after="0" w:line="285" w:lineRule="auto"/>
        <w:ind w:right="144"/>
        <w:rPr>
          <w:lang w:val="ru-RU"/>
        </w:rPr>
      </w:pPr>
      <w:r>
        <w:rPr>
          <w:lang w:val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Коммуникативные УУД: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вступать в диалог, задавать собеседнику вопросы, использовать реплики-уточнения и дополнения; формулировать собственное мнение и идеи, аргументированно их излагать; выслушивать разные мнения, учитывать их в диалоге;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создавать тексты-описания на основе наблюдений (рассматривания) изделий декоративно-прикладного искусства народов России;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>объяснять последовательность совершаемых действий при создании изделия.</w:t>
      </w:r>
    </w:p>
    <w:p w14:paraId="692B614F" w14:textId="77777777" w:rsidR="001C65E2" w:rsidRDefault="001C65E2" w:rsidP="001C65E2">
      <w:pPr>
        <w:tabs>
          <w:tab w:val="left" w:pos="180"/>
        </w:tabs>
        <w:autoSpaceDE w:val="0"/>
        <w:autoSpaceDN w:val="0"/>
        <w:spacing w:before="190" w:after="0" w:line="285" w:lineRule="auto"/>
        <w:rPr>
          <w:lang w:val="ru-RU"/>
        </w:rPr>
      </w:pPr>
      <w:r>
        <w:rPr>
          <w:lang w:val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Регулятивные УУД: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рационально организовывать свою работу (подготовка рабочего места, поддержание и наведение порядка, уборка после работы);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выполнять правила безопасности труда при выполнении работы;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планировать работу, соотносить свои действия с поставленной целью;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выполнять действия контроля и оценки; вносить необходимые коррективы в действие после его завершения на основе его оценки и учёта характера сделанных ошибок;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проявлять </w:t>
      </w:r>
      <w:proofErr w:type="spellStart"/>
      <w:r>
        <w:rPr>
          <w:rFonts w:ascii="Times New Roman" w:eastAsia="Times New Roman" w:hAnsi="Times New Roman"/>
          <w:color w:val="000000"/>
          <w:sz w:val="24"/>
          <w:lang w:val="ru-RU"/>
        </w:rPr>
        <w:t>волевуюсаморегуляцию</w:t>
      </w:r>
      <w:proofErr w:type="spellEnd"/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при выполнении работы.</w:t>
      </w:r>
    </w:p>
    <w:p w14:paraId="4040F089" w14:textId="77777777" w:rsidR="001C65E2" w:rsidRDefault="001C65E2" w:rsidP="001C65E2">
      <w:pPr>
        <w:tabs>
          <w:tab w:val="left" w:pos="180"/>
        </w:tabs>
        <w:autoSpaceDE w:val="0"/>
        <w:autoSpaceDN w:val="0"/>
        <w:spacing w:before="190" w:after="0" w:line="285" w:lineRule="auto"/>
        <w:rPr>
          <w:lang w:val="ru-RU"/>
        </w:rPr>
      </w:pPr>
      <w:r>
        <w:rPr>
          <w:lang w:val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Совместная деятельность: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руководителя/лидера и подчинённого; осуществлять продуктивное сотрудничество;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проявлять интерес к работе товарищей; в доброжелательной форме комментировать и оценивать их достижения, высказывать свои предложения и пожелания; оказывать при необходимости помощь; </w:t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воплощения; предъявлять аргументы для защиты продукта проектной деятельности.</w:t>
      </w:r>
    </w:p>
    <w:p w14:paraId="165893A2" w14:textId="77777777" w:rsidR="001C65E2" w:rsidRDefault="001C65E2" w:rsidP="001C65E2">
      <w:pPr>
        <w:tabs>
          <w:tab w:val="left" w:pos="180"/>
        </w:tabs>
        <w:autoSpaceDE w:val="0"/>
        <w:autoSpaceDN w:val="0"/>
        <w:spacing w:before="190" w:after="0" w:line="285" w:lineRule="auto"/>
        <w:ind w:right="144"/>
        <w:rPr>
          <w:lang w:val="ru-RU"/>
        </w:rPr>
      </w:pPr>
      <w:r>
        <w:rPr>
          <w:lang w:val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ПРЕДМЕТНЫЕ РЕЗУЛЬТАТЫ ОСВОЕНИЯ КУРСА «ТЕХНОЛОГИЯ»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>К концу обучения</w:t>
      </w:r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во втором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классе обучающийся научится: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 и использовать их в практической деятельности;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выполнять задания по самостоятельно составленному плану;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— симметрия, асимметрия, равновесие); наблюдать гармонию предметов и окружающей среды; называть характерные особенности изученных видов декоративно-прикладного искусства;</w:t>
      </w:r>
    </w:p>
    <w:p w14:paraId="5F247BDA" w14:textId="77777777" w:rsidR="001C65E2" w:rsidRDefault="001C65E2" w:rsidP="001C65E2">
      <w:pPr>
        <w:spacing w:after="0"/>
        <w:rPr>
          <w:lang w:val="ru-RU"/>
        </w:rPr>
        <w:sectPr w:rsidR="001C65E2">
          <w:pgSz w:w="11900" w:h="16840"/>
          <w:pgMar w:top="286" w:right="668" w:bottom="368" w:left="666" w:header="720" w:footer="720" w:gutter="0"/>
          <w:cols w:space="720"/>
        </w:sectPr>
      </w:pPr>
    </w:p>
    <w:p w14:paraId="15B03769" w14:textId="77777777" w:rsidR="001C65E2" w:rsidRDefault="001C65E2" w:rsidP="001C65E2">
      <w:pPr>
        <w:autoSpaceDE w:val="0"/>
        <w:autoSpaceDN w:val="0"/>
        <w:spacing w:after="78" w:line="220" w:lineRule="exact"/>
        <w:rPr>
          <w:lang w:val="ru-RU"/>
        </w:rPr>
      </w:pPr>
    </w:p>
    <w:p w14:paraId="244A6920" w14:textId="77777777" w:rsidR="001C65E2" w:rsidRDefault="001C65E2" w:rsidP="001C65E2">
      <w:pPr>
        <w:tabs>
          <w:tab w:val="left" w:pos="180"/>
        </w:tabs>
        <w:autoSpaceDE w:val="0"/>
        <w:autoSpaceDN w:val="0"/>
        <w:spacing w:after="0" w:line="288" w:lineRule="auto"/>
        <w:rPr>
          <w:lang w:val="ru-RU"/>
        </w:rPr>
      </w:pP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выделять, называть и применять изученные общие правила создания рукотворного мира в своей предметно-творческой деятельности;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самостоятельно готовить рабочее место в соответствии с видом деятельности, поддерживать порядок во время работы, убирать рабочее место;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анализировать задание/образец по предложенным вопросам, памятке или инструкции, </w:t>
      </w:r>
      <w:r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самостоятельно выполнять доступные задания с опорой на инструкционную (технологическую) карту;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самостоятельно отбирать материалы и инструменты для работы; исследовать свойства новых изучаемых материалов (толстый картон, натуральные ткани, нитки, проволока и др.);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читать простейшие чертежи (эскизы), называть линии чертежа (линия контура и надреза, линия выносная и размерная, линия сгиба, линия симметрии);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(эскиз); чертить окружность с помощью циркуля;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выполнять </w:t>
      </w:r>
      <w:proofErr w:type="spellStart"/>
      <w:r>
        <w:rPr>
          <w:rFonts w:ascii="Times New Roman" w:eastAsia="Times New Roman" w:hAnsi="Times New Roman"/>
          <w:color w:val="000000"/>
          <w:sz w:val="24"/>
          <w:lang w:val="ru-RU"/>
        </w:rPr>
        <w:t>биговку</w:t>
      </w:r>
      <w:proofErr w:type="spellEnd"/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выполнять построение простейшего лекала (выкройки) правильной геометрической формы и разметку деталей кроя на ткани по нему/ней;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>оформлять изделия и соединять детали освоенными ручными строчками;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понимать смысл понятия «развёртка» (трёхмерного предмета); соотносить объёмную конструкцию с изображениями её развёртки;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отличать макет от модели, строить трёхмерный макет из готовой развёртки;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определять неподвижный и подвижный способ соединения деталей и выполнять подвижное и неподвижное соединения известными способами;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решать несложные конструкторско-технологические задачи;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применять освоенные знания и практические умения (технологические, графические, </w:t>
      </w:r>
      <w:r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конструкторские) в самостоятельной интеллектуальной и практической деятельности;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делать выбор, какое мнение принять — своё или другое, высказанное в ходе обсуждения;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выполнять работу в малых группах, осуществлять сотрудничество;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понимать особенности проектной деятельности, осуществлять под руководством учителя </w:t>
      </w:r>
      <w:r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 </w:t>
      </w:r>
      <w:r>
        <w:rPr>
          <w:lang w:val="ru-RU"/>
        </w:rPr>
        <w:br/>
      </w:r>
      <w:r>
        <w:rPr>
          <w:lang w:val="ru-RU"/>
        </w:rPr>
        <w:tab/>
      </w:r>
      <w:r>
        <w:rPr>
          <w:rFonts w:ascii="Times New Roman" w:eastAsia="Times New Roman" w:hAnsi="Times New Roman"/>
          <w:color w:val="000000"/>
          <w:sz w:val="24"/>
          <w:lang w:val="ru-RU"/>
        </w:rPr>
        <w:t>называть профессии людей, работающих в сфере обслуживания.</w:t>
      </w:r>
    </w:p>
    <w:p w14:paraId="55AFAA05" w14:textId="77777777" w:rsidR="001C65E2" w:rsidRDefault="001C65E2" w:rsidP="001C65E2">
      <w:pPr>
        <w:spacing w:after="0"/>
        <w:rPr>
          <w:lang w:val="ru-RU"/>
        </w:rPr>
        <w:sectPr w:rsidR="001C65E2">
          <w:pgSz w:w="11900" w:h="16840"/>
          <w:pgMar w:top="298" w:right="662" w:bottom="1440" w:left="666" w:header="720" w:footer="720" w:gutter="0"/>
          <w:cols w:space="720"/>
        </w:sectPr>
      </w:pPr>
    </w:p>
    <w:p w14:paraId="4F1A60E6" w14:textId="77777777" w:rsidR="001C65E2" w:rsidRDefault="001C65E2" w:rsidP="001C65E2">
      <w:pPr>
        <w:autoSpaceDE w:val="0"/>
        <w:autoSpaceDN w:val="0"/>
        <w:spacing w:after="64" w:line="220" w:lineRule="exact"/>
        <w:rPr>
          <w:lang w:val="ru-RU"/>
        </w:rPr>
      </w:pPr>
    </w:p>
    <w:p w14:paraId="420444A7" w14:textId="77777777" w:rsidR="001C65E2" w:rsidRDefault="001C65E2" w:rsidP="001C65E2">
      <w:pPr>
        <w:autoSpaceDE w:val="0"/>
        <w:autoSpaceDN w:val="0"/>
        <w:spacing w:after="258" w:line="232" w:lineRule="auto"/>
      </w:pPr>
      <w:r>
        <w:rPr>
          <w:rFonts w:ascii="Times New Roman" w:eastAsia="Times New Roman" w:hAnsi="Times New Roman"/>
          <w:b/>
          <w:color w:val="000000"/>
          <w:w w:val="101"/>
          <w:sz w:val="19"/>
        </w:rPr>
        <w:t xml:space="preserve">ТЕМАТИЧЕСКОЕ ПЛАНИРОВАНИЕ 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4538"/>
        <w:gridCol w:w="530"/>
        <w:gridCol w:w="1104"/>
        <w:gridCol w:w="1140"/>
        <w:gridCol w:w="806"/>
        <w:gridCol w:w="3588"/>
        <w:gridCol w:w="1082"/>
        <w:gridCol w:w="2246"/>
      </w:tblGrid>
      <w:tr w:rsidR="001C65E2" w14:paraId="58C07EBA" w14:textId="77777777" w:rsidTr="001C65E2">
        <w:trPr>
          <w:trHeight w:hRule="exact" w:val="348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CA8021" w14:textId="77777777" w:rsidR="001C65E2" w:rsidRDefault="001C65E2">
            <w:pPr>
              <w:autoSpaceDE w:val="0"/>
              <w:autoSpaceDN w:val="0"/>
              <w:spacing w:before="78" w:after="0" w:line="244" w:lineRule="auto"/>
              <w:ind w:right="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п/п</w:t>
            </w:r>
          </w:p>
        </w:tc>
        <w:tc>
          <w:tcPr>
            <w:tcW w:w="4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A23413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2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B49EAF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387AFD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Дата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изучения</w:t>
            </w:r>
            <w:proofErr w:type="spellEnd"/>
          </w:p>
        </w:tc>
        <w:tc>
          <w:tcPr>
            <w:tcW w:w="3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D30676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Виды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ABD2CE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4" w:right="28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Виды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формы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контроля</w:t>
            </w:r>
            <w:proofErr w:type="spellEnd"/>
          </w:p>
        </w:tc>
        <w:tc>
          <w:tcPr>
            <w:tcW w:w="2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C2FF14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2" w:right="28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ресурсы</w:t>
            </w:r>
            <w:proofErr w:type="spellEnd"/>
          </w:p>
        </w:tc>
      </w:tr>
      <w:tr w:rsidR="001C65E2" w14:paraId="69D6246B" w14:textId="77777777" w:rsidTr="001C65E2">
        <w:trPr>
          <w:trHeight w:hRule="exact" w:val="132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A84F4" w14:textId="77777777" w:rsidR="001C65E2" w:rsidRDefault="001C6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B673F" w14:textId="77777777" w:rsidR="001C65E2" w:rsidRDefault="001C65E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94B739" w14:textId="77777777" w:rsidR="001C65E2" w:rsidRDefault="001C65E2">
            <w:pPr>
              <w:autoSpaceDE w:val="0"/>
              <w:autoSpaceDN w:val="0"/>
              <w:spacing w:before="78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45EFA9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07D3DF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81C08" w14:textId="77777777" w:rsidR="001C65E2" w:rsidRDefault="001C6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828DD" w14:textId="77777777" w:rsidR="001C65E2" w:rsidRDefault="001C6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46479" w14:textId="77777777" w:rsidR="001C65E2" w:rsidRDefault="001C6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F6D06" w14:textId="77777777" w:rsidR="001C65E2" w:rsidRDefault="001C6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5E2" w:rsidRPr="00A91EDC" w14:paraId="4D7DC38E" w14:textId="77777777" w:rsidTr="001C65E2">
        <w:trPr>
          <w:trHeight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400146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Модуль 1. ТЕХНОЛОГИИ, ПРОФЕССИИ И ПРОИЗВОДСТВА</w:t>
            </w:r>
          </w:p>
        </w:tc>
      </w:tr>
      <w:tr w:rsidR="001C65E2" w:rsidRPr="001C65E2" w14:paraId="675B9107" w14:textId="77777777" w:rsidTr="001C65E2">
        <w:trPr>
          <w:trHeight w:hRule="exact" w:val="2613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C3F25A" w14:textId="77777777" w:rsidR="001C65E2" w:rsidRDefault="001C65E2">
            <w:pPr>
              <w:autoSpaceDE w:val="0"/>
              <w:autoSpaceDN w:val="0"/>
              <w:spacing w:before="80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1.1.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3569BF" w14:textId="77777777" w:rsidR="001C65E2" w:rsidRDefault="001C65E2">
            <w:pPr>
              <w:autoSpaceDE w:val="0"/>
              <w:autoSpaceDN w:val="0"/>
              <w:spacing w:before="80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Рукотворный мир — результат труда человека.</w:t>
            </w:r>
          </w:p>
          <w:p w14:paraId="00269264" w14:textId="77777777" w:rsidR="001C65E2" w:rsidRDefault="001C65E2">
            <w:pPr>
              <w:autoSpaceDE w:val="0"/>
              <w:autoSpaceDN w:val="0"/>
              <w:spacing w:before="20" w:after="0" w:line="249" w:lineRule="auto"/>
              <w:ind w:left="72" w:right="43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Элементарные представления об основном принципе создания мира вещей: прочность конструкции, удобство использования, эстетическая выразительность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CABD2D" w14:textId="77777777" w:rsidR="001C65E2" w:rsidRDefault="001C65E2">
            <w:pPr>
              <w:autoSpaceDE w:val="0"/>
              <w:autoSpaceDN w:val="0"/>
              <w:spacing w:before="80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C83FB1" w14:textId="77777777" w:rsidR="001C65E2" w:rsidRDefault="001C65E2">
            <w:pPr>
              <w:autoSpaceDE w:val="0"/>
              <w:autoSpaceDN w:val="0"/>
              <w:spacing w:before="80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403116" w14:textId="77777777" w:rsidR="001C65E2" w:rsidRDefault="001C65E2">
            <w:pPr>
              <w:autoSpaceDE w:val="0"/>
              <w:autoSpaceDN w:val="0"/>
              <w:spacing w:before="80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A7CCEC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6D287E" w14:textId="77777777" w:rsidR="001C65E2" w:rsidRDefault="001C65E2">
            <w:pPr>
              <w:autoSpaceDE w:val="0"/>
              <w:autoSpaceDN w:val="0"/>
              <w:spacing w:before="80" w:after="0" w:line="252" w:lineRule="auto"/>
              <w:ind w:left="74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Выбирать правила безопасной работы, выбирать инструменты и приспособления в зависимости от технологии изготавливаемых изделий. Изучать возможности использования изучаемых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инструментов и приспособлений людьми разных профессий;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B72A6F" w14:textId="77777777" w:rsidR="001C65E2" w:rsidRDefault="001C65E2">
            <w:pPr>
              <w:autoSpaceDE w:val="0"/>
              <w:autoSpaceDN w:val="0"/>
              <w:spacing w:before="80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E3DB29" w14:textId="77777777" w:rsidR="001C65E2" w:rsidRDefault="001C65E2">
            <w:pPr>
              <w:autoSpaceDE w:val="0"/>
              <w:autoSpaceDN w:val="0"/>
              <w:spacing w:before="80" w:after="0" w:line="244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https://resh.edu.ru/subject/lesson /7557/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conspect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/289222/</w:t>
            </w:r>
          </w:p>
        </w:tc>
      </w:tr>
      <w:tr w:rsidR="001C65E2" w:rsidRPr="001C65E2" w14:paraId="71300D16" w14:textId="77777777" w:rsidTr="001C65E2">
        <w:trPr>
          <w:trHeight w:hRule="exact" w:val="199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D7B147" w14:textId="77777777" w:rsidR="001C65E2" w:rsidRDefault="001C65E2">
            <w:pPr>
              <w:autoSpaceDE w:val="0"/>
              <w:autoSpaceDN w:val="0"/>
              <w:spacing w:before="76" w:after="0"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1.2.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B8D4AB" w14:textId="77777777" w:rsidR="001C65E2" w:rsidRDefault="001C65E2">
            <w:pPr>
              <w:autoSpaceDE w:val="0"/>
              <w:autoSpaceDN w:val="0"/>
              <w:spacing w:before="76" w:after="0" w:line="249" w:lineRule="auto"/>
              <w:ind w:left="72" w:right="2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Средства художественной выразительности (композиция, цвет, тон и др.).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Изготовлениеизделий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учётом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данного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принципа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C3A932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3EAD6B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8FBBEF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29A667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E18A71" w14:textId="77777777" w:rsidR="001C65E2" w:rsidRDefault="001C65E2">
            <w:pPr>
              <w:autoSpaceDE w:val="0"/>
              <w:autoSpaceDN w:val="0"/>
              <w:spacing w:before="76" w:after="0" w:line="249" w:lineRule="auto"/>
              <w:ind w:left="74" w:right="1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Изготавливать изделия из различных материалов, использовать свойства материалов при работе над изделием.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Подготавливатьматериалы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работе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8906C3" w14:textId="77777777" w:rsidR="001C65E2" w:rsidRDefault="001C65E2">
            <w:pPr>
              <w:autoSpaceDE w:val="0"/>
              <w:autoSpaceDN w:val="0"/>
              <w:spacing w:before="76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D54E77" w14:textId="77777777" w:rsidR="001C65E2" w:rsidRDefault="001C65E2">
            <w:pPr>
              <w:autoSpaceDE w:val="0"/>
              <w:autoSpaceDN w:val="0"/>
              <w:spacing w:before="76" w:after="0" w:line="244" w:lineRule="auto"/>
              <w:ind w:right="4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https://resh.edu.ru/subject /lesson/4311/start/219011/</w:t>
            </w:r>
          </w:p>
        </w:tc>
      </w:tr>
      <w:tr w:rsidR="001C65E2" w:rsidRPr="001C65E2" w14:paraId="01630780" w14:textId="77777777" w:rsidTr="001C65E2">
        <w:trPr>
          <w:trHeight w:hRule="exact" w:val="5253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72E786" w14:textId="77777777" w:rsidR="001C65E2" w:rsidRDefault="001C65E2">
            <w:pPr>
              <w:autoSpaceDE w:val="0"/>
              <w:autoSpaceDN w:val="0"/>
              <w:spacing w:before="78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28D41F" w14:textId="77777777" w:rsidR="001C65E2" w:rsidRDefault="001C65E2">
            <w:pPr>
              <w:autoSpaceDE w:val="0"/>
              <w:autoSpaceDN w:val="0"/>
              <w:spacing w:before="78" w:after="0" w:line="252" w:lineRule="auto"/>
              <w:ind w:left="72" w:right="2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Общее представление о технологическом процессе: анализ устройства и назначения изделия; выстраивание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последовательности практических действий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технологических операций; подбор материалов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и инструментов; экономная разметка; обработка с целью получения (выделения) деталей, сборка, отделка изделия; проверка изделия в действии, внесение необходимых дополнений и изменений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5E9E4D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0.5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EBBF2B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11D499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0.5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15D4B6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8E2FDE" w14:textId="77777777" w:rsidR="001C65E2" w:rsidRDefault="001C65E2">
            <w:pPr>
              <w:autoSpaceDE w:val="0"/>
              <w:autoSpaceDN w:val="0"/>
              <w:spacing w:before="78" w:after="0" w:line="252" w:lineRule="auto"/>
              <w:ind w:left="74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Формировать общее представление 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технологическом процессе: анализ устройства и назначения изделия; выстраивание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последовательности практических действий и технологических операций; подбор материалов и инструментов; экономная разметка; обработка с целью получения (выделения) деталей,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формообразование деталей, сборка, отделка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изделия; проверка изделия в действии, внесение необходимых дополнений и изменений;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CF4B1D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816DED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https://resh.edu.ru/subject/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lesson/5969/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conspect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/170657/</w:t>
            </w:r>
          </w:p>
        </w:tc>
      </w:tr>
      <w:tr w:rsidR="001C65E2" w:rsidRPr="001C65E2" w14:paraId="6D89F930" w14:textId="77777777" w:rsidTr="001C65E2">
        <w:trPr>
          <w:trHeight w:hRule="exact" w:val="28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236A47" w14:textId="77777777" w:rsidR="001C65E2" w:rsidRDefault="001C65E2">
            <w:pPr>
              <w:autoSpaceDE w:val="0"/>
              <w:autoSpaceDN w:val="0"/>
              <w:spacing w:before="76" w:after="0"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1.4.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B10927" w14:textId="77777777" w:rsidR="001C65E2" w:rsidRDefault="001C65E2">
            <w:pPr>
              <w:autoSpaceDE w:val="0"/>
              <w:autoSpaceDN w:val="0"/>
              <w:spacing w:before="76" w:after="0" w:line="244" w:lineRule="auto"/>
              <w:ind w:left="72" w:right="86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Изготовление изделий из различных материалов с соблюдением этапов технологического процесса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B8D690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0.5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0C3166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CFDCCB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0.5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55F6D7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EB7E8F" w14:textId="77777777" w:rsidR="001C65E2" w:rsidRDefault="001C65E2">
            <w:pPr>
              <w:autoSpaceDE w:val="0"/>
              <w:autoSpaceDN w:val="0"/>
              <w:spacing w:before="76" w:after="0" w:line="249" w:lineRule="auto"/>
              <w:ind w:left="74" w:right="1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Изготавливать изделия из различных материалов, использовать свойства материалов при работе над изделием.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Подготавливатьматериалы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работе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630673" w14:textId="77777777" w:rsidR="001C65E2" w:rsidRDefault="001C65E2">
            <w:pPr>
              <w:autoSpaceDE w:val="0"/>
              <w:autoSpaceDN w:val="0"/>
              <w:spacing w:before="76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FB1CBA" w14:textId="77777777" w:rsidR="001C65E2" w:rsidRDefault="001C65E2">
            <w:pPr>
              <w:autoSpaceDE w:val="0"/>
              <w:autoSpaceDN w:val="0"/>
              <w:spacing w:before="76" w:after="0" w:line="252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https://infourok.ru/prezentaciya-po-tehnologii-na-temu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tehnologiya-izgotovleniya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izdeliy-iz-metallov-i-iskusstvennih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-materialov-klass-328074.html</w:t>
            </w:r>
          </w:p>
        </w:tc>
      </w:tr>
      <w:tr w:rsidR="001C65E2" w14:paraId="5750AB3C" w14:textId="77777777" w:rsidTr="001C65E2">
        <w:trPr>
          <w:trHeight w:hRule="exact" w:val="2263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299CAC" w14:textId="77777777" w:rsidR="001C65E2" w:rsidRDefault="001C65E2">
            <w:pPr>
              <w:autoSpaceDE w:val="0"/>
              <w:autoSpaceDN w:val="0"/>
              <w:spacing w:before="78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1.5.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6C649A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Традиции и современность. Новая жизнь древних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про-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фессий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. Совершенствование их технологических процессов.</w:t>
            </w:r>
          </w:p>
          <w:p w14:paraId="1D5C33ED" w14:textId="77777777" w:rsidR="001C65E2" w:rsidRDefault="001C65E2">
            <w:pPr>
              <w:autoSpaceDE w:val="0"/>
              <w:autoSpaceDN w:val="0"/>
              <w:spacing w:before="20" w:after="0" w:line="244" w:lineRule="auto"/>
              <w:ind w:left="72" w:right="4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Мастера и их профессии; правила мастера.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Культурныетрадиции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40C59D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EA12EB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E49704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823F88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CC1E65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4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Приводить примеры традиций и праздников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народов России, ремёсел, обычаев и производств, связанных с изучаемыми материалами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производствами;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B6E84C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FAA320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https://resh.edu.ru/</w:t>
            </w:r>
          </w:p>
        </w:tc>
      </w:tr>
      <w:tr w:rsidR="001C65E2" w14:paraId="70DC241A" w14:textId="77777777" w:rsidTr="001C65E2">
        <w:trPr>
          <w:trHeight w:hRule="exact" w:val="227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C607DE" w14:textId="77777777" w:rsidR="001C65E2" w:rsidRDefault="001C65E2">
            <w:pPr>
              <w:autoSpaceDE w:val="0"/>
              <w:autoSpaceDN w:val="0"/>
              <w:spacing w:before="78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lastRenderedPageBreak/>
              <w:t>1.6.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28BF24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2" w:right="5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Элементарная творческая и проектная деятельность (создание замысла, его детализация и воплощение).</w:t>
            </w:r>
          </w:p>
          <w:p w14:paraId="0A39ACB6" w14:textId="77777777" w:rsidR="001C65E2" w:rsidRDefault="001C65E2">
            <w:pPr>
              <w:autoSpaceDE w:val="0"/>
              <w:autoSpaceDN w:val="0"/>
              <w:spacing w:before="20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Несложныеколлективные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групповыепроекты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A3736B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8FBDA4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6B1A63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E031B1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DF1218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4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Выполнять отделку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особенностями декоративных орнаментов разных народов России (растительный, геометрический и другие орнаменты);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C5DE70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F33F9C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https://resh.edu.ru/</w:t>
            </w:r>
          </w:p>
        </w:tc>
      </w:tr>
      <w:tr w:rsidR="001C65E2" w14:paraId="319EF80D" w14:textId="77777777" w:rsidTr="001C65E2">
        <w:trPr>
          <w:trHeight w:hRule="exact" w:val="348"/>
        </w:trPr>
        <w:tc>
          <w:tcPr>
            <w:tcW w:w="5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61F0E1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модулю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62D641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8</w:t>
            </w:r>
          </w:p>
        </w:tc>
        <w:tc>
          <w:tcPr>
            <w:tcW w:w="99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278BF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5E2" w:rsidRPr="00A91EDC" w14:paraId="7B4BEA26" w14:textId="77777777" w:rsidTr="001C65E2">
        <w:trPr>
          <w:trHeight w:val="32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9EDB32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Модуль 2. ТЕХНОЛОГИИ РУЧНОЙ ОБРАБОТКИ МАТЕРИАЛОВ</w:t>
            </w:r>
          </w:p>
        </w:tc>
      </w:tr>
    </w:tbl>
    <w:p w14:paraId="2A629D9B" w14:textId="77777777" w:rsidR="001C65E2" w:rsidRDefault="001C65E2" w:rsidP="001C65E2">
      <w:pPr>
        <w:autoSpaceDE w:val="0"/>
        <w:autoSpaceDN w:val="0"/>
        <w:spacing w:after="0" w:line="14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4538"/>
        <w:gridCol w:w="530"/>
        <w:gridCol w:w="1104"/>
        <w:gridCol w:w="1140"/>
        <w:gridCol w:w="806"/>
        <w:gridCol w:w="3588"/>
        <w:gridCol w:w="1082"/>
        <w:gridCol w:w="2246"/>
      </w:tblGrid>
      <w:tr w:rsidR="001C65E2" w14:paraId="763410D1" w14:textId="77777777" w:rsidTr="001C65E2">
        <w:trPr>
          <w:trHeight w:hRule="exact" w:val="4413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450912" w14:textId="77777777" w:rsidR="001C65E2" w:rsidRDefault="001C65E2">
            <w:pPr>
              <w:autoSpaceDE w:val="0"/>
              <w:autoSpaceDN w:val="0"/>
              <w:spacing w:before="78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2.1.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79AF24" w14:textId="77777777" w:rsidR="001C65E2" w:rsidRDefault="001C65E2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Многообразие материалов, их свойств и их практическое применение в жизни. Исследование и сравнение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элементарных физических, механических и технологических свойств различных материалов.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Выборматериаловпоих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декоративно-художественным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конструктивным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свойствам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40A303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BA8700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D9EDD4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5CE42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46978F" w14:textId="77777777" w:rsidR="001C65E2" w:rsidRDefault="001C65E2">
            <w:pPr>
              <w:autoSpaceDE w:val="0"/>
              <w:autoSpaceDN w:val="0"/>
              <w:spacing w:before="78" w:after="0" w:line="252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Наблюдать за изменением свойств бумаги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картона при воздействии внешних факторов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(например, при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сминании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, намачивании),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сравнивать свойства бумаги и картона; обсуждать результаты наблюдения, коллективно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формулировать вывод: каждый материал обладает определённым набором свойств, которые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необходимо учитывать при выполнении изделия; не из всего можно сделать всё;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314422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0F9781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https://resh.edu.ru/</w:t>
            </w:r>
          </w:p>
        </w:tc>
      </w:tr>
      <w:tr w:rsidR="001C65E2" w14:paraId="18E251F5" w14:textId="77777777" w:rsidTr="001C65E2">
        <w:trPr>
          <w:trHeight w:hRule="exact" w:val="310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7623C7" w14:textId="77777777" w:rsidR="001C65E2" w:rsidRDefault="001C65E2">
            <w:pPr>
              <w:autoSpaceDE w:val="0"/>
              <w:autoSpaceDN w:val="0"/>
              <w:spacing w:before="80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2.2.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475AE4" w14:textId="77777777" w:rsidR="001C65E2" w:rsidRDefault="001C65E2">
            <w:pPr>
              <w:autoSpaceDE w:val="0"/>
              <w:autoSpaceDN w:val="0"/>
              <w:spacing w:before="80" w:after="0" w:line="252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Называние и выполнение основных технологических операций ручной обработки материалов в процессе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бу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маги и др.), сборка изделия (сшивание)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76AF3F" w14:textId="77777777" w:rsidR="001C65E2" w:rsidRDefault="001C65E2">
            <w:pPr>
              <w:autoSpaceDE w:val="0"/>
              <w:autoSpaceDN w:val="0"/>
              <w:spacing w:before="80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2DFC98" w14:textId="77777777" w:rsidR="001C65E2" w:rsidRDefault="001C65E2">
            <w:pPr>
              <w:autoSpaceDE w:val="0"/>
              <w:autoSpaceDN w:val="0"/>
              <w:spacing w:before="80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404509" w14:textId="77777777" w:rsidR="001C65E2" w:rsidRDefault="001C65E2">
            <w:pPr>
              <w:autoSpaceDE w:val="0"/>
              <w:autoSpaceDN w:val="0"/>
              <w:spacing w:before="80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540BD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B15DA9" w14:textId="77777777" w:rsidR="001C65E2" w:rsidRDefault="001C65E2">
            <w:pPr>
              <w:autoSpaceDE w:val="0"/>
              <w:autoSpaceDN w:val="0"/>
              <w:spacing w:before="80" w:after="0" w:line="252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Применять правила рационального и безопасного использования чертёжных инструментов (линейка, угольник, циркуль). Определять названия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назначение основных инструментов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приспособлений для ручного труда, использовать их в практической работе;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6315C7" w14:textId="77777777" w:rsidR="001C65E2" w:rsidRDefault="001C65E2">
            <w:pPr>
              <w:autoSpaceDE w:val="0"/>
              <w:autoSpaceDN w:val="0"/>
              <w:spacing w:before="80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475706" w14:textId="77777777" w:rsidR="001C65E2" w:rsidRDefault="001C65E2">
            <w:pPr>
              <w:autoSpaceDE w:val="0"/>
              <w:autoSpaceDN w:val="0"/>
              <w:spacing w:before="80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https://resh.edu.ru/</w:t>
            </w:r>
          </w:p>
        </w:tc>
      </w:tr>
      <w:tr w:rsidR="001C65E2" w14:paraId="04934D26" w14:textId="77777777" w:rsidTr="001C65E2">
        <w:trPr>
          <w:trHeight w:hRule="exact" w:val="170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6ED023" w14:textId="77777777" w:rsidR="001C65E2" w:rsidRDefault="001C65E2">
            <w:pPr>
              <w:autoSpaceDE w:val="0"/>
              <w:autoSpaceDN w:val="0"/>
              <w:spacing w:before="76" w:after="0"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33A807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Подвижное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соединение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деталей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C20229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D9D522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D244F5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C290C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AF7420" w14:textId="77777777" w:rsidR="001C65E2" w:rsidRDefault="001C65E2">
            <w:pPr>
              <w:autoSpaceDE w:val="0"/>
              <w:autoSpaceDN w:val="0"/>
              <w:spacing w:before="76" w:after="0" w:line="249" w:lineRule="auto"/>
              <w:ind w:left="74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Различать подвижные и неподвижные соединения деталей в конструкции; использовать щелевой замок;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069D08" w14:textId="77777777" w:rsidR="001C65E2" w:rsidRDefault="001C65E2">
            <w:pPr>
              <w:autoSpaceDE w:val="0"/>
              <w:autoSpaceDN w:val="0"/>
              <w:spacing w:before="76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C31898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https://resh.edu.ru/</w:t>
            </w:r>
          </w:p>
        </w:tc>
      </w:tr>
      <w:tr w:rsidR="001C65E2" w14:paraId="56B4872A" w14:textId="77777777" w:rsidTr="001C65E2">
        <w:trPr>
          <w:trHeight w:hRule="exact" w:val="4679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035AB0" w14:textId="77777777" w:rsidR="001C65E2" w:rsidRDefault="001C65E2">
            <w:pPr>
              <w:autoSpaceDE w:val="0"/>
              <w:autoSpaceDN w:val="0"/>
              <w:spacing w:before="78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2.4.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BAC808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2" w:right="2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Использование соответствующих способов обработки материалов в зависимости от вида и назначения изделия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98E0A8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EF495A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DDBDA4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0FC0C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920612" w14:textId="77777777" w:rsidR="001C65E2" w:rsidRDefault="001C65E2">
            <w:pPr>
              <w:autoSpaceDE w:val="0"/>
              <w:autoSpaceDN w:val="0"/>
              <w:spacing w:before="78" w:after="0" w:line="252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По заданному образцу организовывать свою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деятельность: подготавливать рабочее место для работы с бумагой и картоном, правильно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рационально размещать инструменты и материалы в соответствии с индивидуальными особенностями обучающихся, под контролем учителя в процессе выполнения изделия контролировать и при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необходимости восстанавливать порядок на рабочем месте; убирать рабочее место;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FF8C5F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B8FC51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https://resh.edu.ru/</w:t>
            </w:r>
          </w:p>
        </w:tc>
      </w:tr>
      <w:tr w:rsidR="001C65E2" w:rsidRPr="001C65E2" w14:paraId="2B01F63E" w14:textId="77777777" w:rsidTr="001C65E2">
        <w:trPr>
          <w:trHeight w:hRule="exact" w:val="28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B24AFE" w14:textId="77777777" w:rsidR="001C65E2" w:rsidRDefault="001C65E2">
            <w:pPr>
              <w:autoSpaceDE w:val="0"/>
              <w:autoSpaceDN w:val="0"/>
              <w:spacing w:before="76" w:after="0"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2.5.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F3F253" w14:textId="77777777" w:rsidR="001C65E2" w:rsidRDefault="001C65E2">
            <w:pPr>
              <w:autoSpaceDE w:val="0"/>
              <w:autoSpaceDN w:val="0"/>
              <w:spacing w:before="76" w:after="0" w:line="244" w:lineRule="auto"/>
              <w:ind w:left="72" w:right="5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Виды условных графических изображений: рисунок, простейший чертёж, эскиз, схема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A44441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DB2CE1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55A793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AABB6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6A41E0" w14:textId="77777777" w:rsidR="001C65E2" w:rsidRDefault="001C65E2">
            <w:pPr>
              <w:autoSpaceDE w:val="0"/>
              <w:autoSpaceDN w:val="0"/>
              <w:spacing w:before="76" w:after="0" w:line="252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Различать виды условных графических изображений: рисунок, простейший чертёж, эскиз, схема. Использовать в практической работе чертёжные инструменты — линейку (угольник, циркуль), знать их функциональное назначение, конструкцию;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6E29A1" w14:textId="77777777" w:rsidR="001C65E2" w:rsidRDefault="001C65E2">
            <w:pPr>
              <w:autoSpaceDE w:val="0"/>
              <w:autoSpaceDN w:val="0"/>
              <w:spacing w:before="76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3FFE0C" w14:textId="77777777" w:rsidR="001C65E2" w:rsidRDefault="001C65E2">
            <w:pPr>
              <w:autoSpaceDE w:val="0"/>
              <w:autoSpaceDN w:val="0"/>
              <w:spacing w:before="76" w:after="0" w:line="244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https://resh.edu.ru/subject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/lesson/7572/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conspect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/296639/</w:t>
            </w:r>
          </w:p>
        </w:tc>
      </w:tr>
      <w:tr w:rsidR="001C65E2" w:rsidRPr="001C65E2" w14:paraId="50F84EF0" w14:textId="77777777" w:rsidTr="001C65E2">
        <w:trPr>
          <w:trHeight w:hRule="exact" w:val="284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5060E0" w14:textId="77777777" w:rsidR="001C65E2" w:rsidRDefault="001C65E2">
            <w:pPr>
              <w:autoSpaceDE w:val="0"/>
              <w:autoSpaceDN w:val="0"/>
              <w:spacing w:before="78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A11543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2" w:right="2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Чертёжные инструменты — линейка (угольник, циркуль). Их функциональное назначение, конструкция. Приёмы безопасной работы колющими (циркуль) инструментами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B9ABC4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FF64EE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CFD97F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7D194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8FD8BA" w14:textId="77777777" w:rsidR="001C65E2" w:rsidRDefault="001C65E2">
            <w:pPr>
              <w:autoSpaceDE w:val="0"/>
              <w:autoSpaceDN w:val="0"/>
              <w:spacing w:before="78" w:after="0" w:line="252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Различать виды условных графических изображений: рисунок, простейший чертёж, эскиз, схема. Использовать в практической работе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чертёжные инструменты — линейку (угольник, циркуль), знать их функциональное назначение, конструкцию;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7A6017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C52A66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https://infourok.ru/prezentaciya-po-matematike-na-temu-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chertyozhnie-instrumenti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307803.html</w:t>
            </w:r>
          </w:p>
        </w:tc>
      </w:tr>
      <w:tr w:rsidR="001C65E2" w:rsidRPr="001C65E2" w14:paraId="05C396DB" w14:textId="77777777" w:rsidTr="001C65E2">
        <w:trPr>
          <w:trHeight w:hRule="exact" w:val="2840"/>
        </w:trPr>
        <w:tc>
          <w:tcPr>
            <w:tcW w:w="4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F93CC1" w14:textId="77777777" w:rsidR="001C65E2" w:rsidRDefault="001C65E2">
            <w:pPr>
              <w:autoSpaceDE w:val="0"/>
              <w:autoSpaceDN w:val="0"/>
              <w:spacing w:before="74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2.7.</w:t>
            </w:r>
          </w:p>
        </w:tc>
        <w:tc>
          <w:tcPr>
            <w:tcW w:w="45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9CA3B6" w14:textId="77777777" w:rsidR="001C65E2" w:rsidRDefault="001C65E2">
            <w:pPr>
              <w:autoSpaceDE w:val="0"/>
              <w:autoSpaceDN w:val="0"/>
              <w:spacing w:before="74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Технология обработки бумаги и картона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4150AA" w14:textId="77777777" w:rsidR="001C65E2" w:rsidRDefault="001C65E2">
            <w:pPr>
              <w:autoSpaceDE w:val="0"/>
              <w:autoSpaceDN w:val="0"/>
              <w:spacing w:before="74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C0518B" w14:textId="77777777" w:rsidR="001C65E2" w:rsidRDefault="001C65E2">
            <w:pPr>
              <w:autoSpaceDE w:val="0"/>
              <w:autoSpaceDN w:val="0"/>
              <w:spacing w:before="74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04F56D" w14:textId="77777777" w:rsidR="001C65E2" w:rsidRDefault="001C65E2">
            <w:pPr>
              <w:autoSpaceDE w:val="0"/>
              <w:autoSpaceDN w:val="0"/>
              <w:spacing w:before="74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8055A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0234B8" w14:textId="77777777" w:rsidR="001C65E2" w:rsidRDefault="001C65E2">
            <w:pPr>
              <w:autoSpaceDE w:val="0"/>
              <w:autoSpaceDN w:val="0"/>
              <w:spacing w:before="74" w:after="0" w:line="249" w:lineRule="auto"/>
              <w:ind w:left="74" w:right="5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Узнавать, называть, выполнять и выбирать технологические приёмы ручной обработки материалов в зависимости от их свойств;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AD6DC1" w14:textId="77777777" w:rsidR="001C65E2" w:rsidRDefault="001C65E2">
            <w:pPr>
              <w:autoSpaceDE w:val="0"/>
              <w:autoSpaceDN w:val="0"/>
              <w:spacing w:before="74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586912" w14:textId="77777777" w:rsidR="001C65E2" w:rsidRDefault="001C65E2">
            <w:pPr>
              <w:autoSpaceDE w:val="0"/>
              <w:autoSpaceDN w:val="0"/>
              <w:spacing w:before="74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https://infourok.ru/prezentaciya-po-praktikumu-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hudozhestvennoy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obrabotki-materialov-i-izobrazitelnomu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-iskusstvu-na-temu-tehnologiya-obrabotki-bumagi-3442794.html</w:t>
            </w:r>
          </w:p>
        </w:tc>
      </w:tr>
    </w:tbl>
    <w:p w14:paraId="3B7F15B1" w14:textId="77777777" w:rsidR="001C65E2" w:rsidRDefault="001C65E2" w:rsidP="001C65E2">
      <w:pPr>
        <w:autoSpaceDE w:val="0"/>
        <w:autoSpaceDN w:val="0"/>
        <w:spacing w:after="0" w:line="14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4538"/>
        <w:gridCol w:w="530"/>
        <w:gridCol w:w="1104"/>
        <w:gridCol w:w="1140"/>
        <w:gridCol w:w="806"/>
        <w:gridCol w:w="3588"/>
        <w:gridCol w:w="1082"/>
        <w:gridCol w:w="2246"/>
      </w:tblGrid>
      <w:tr w:rsidR="001C65E2" w:rsidRPr="001C65E2" w14:paraId="3AD3CEA1" w14:textId="77777777" w:rsidTr="001C65E2">
        <w:trPr>
          <w:trHeight w:hRule="exact" w:val="18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7001BE" w14:textId="77777777" w:rsidR="001C65E2" w:rsidRDefault="001C65E2">
            <w:pPr>
              <w:autoSpaceDE w:val="0"/>
              <w:autoSpaceDN w:val="0"/>
              <w:spacing w:before="78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2.8.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FF92B8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2" w:right="2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Назначение линий чертежа (контур, линия разреза, сгиба, выносная, размерная).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Чтениеусловныхграфическихизображений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AC5543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0.5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4FE2EC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C17409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0.5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D8AA9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0D45F1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4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Читать графическую чертёжную документацию: рисунок, простейший чертёж, эскиз и схему с учётом условных обозначений;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411281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6FC48A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https://infourok.ru/prezentaciya-po-osnovam-chercheniya-na-temu-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linii-chertezhej-4082452.html</w:t>
            </w:r>
          </w:p>
        </w:tc>
      </w:tr>
      <w:tr w:rsidR="001C65E2" w:rsidRPr="001C65E2" w14:paraId="34B2517F" w14:textId="77777777" w:rsidTr="001C65E2">
        <w:trPr>
          <w:trHeight w:hRule="exact" w:val="185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AAD0ED" w14:textId="77777777" w:rsidR="001C65E2" w:rsidRDefault="001C65E2">
            <w:pPr>
              <w:autoSpaceDE w:val="0"/>
              <w:autoSpaceDN w:val="0"/>
              <w:spacing w:before="78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2.9.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1DF727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2" w:right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Построение прямоугольника от двух прямых углов (от одного прямого угла).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9F71F4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0.5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E36EDE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20EA3B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0.5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69A06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0FA1AF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4" w:right="2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Выполнять построение прямоугольника от двух прямых углов, от одного прямого угла;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BA97AE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59D7A2" w14:textId="77777777" w:rsidR="001C65E2" w:rsidRDefault="001C65E2">
            <w:pPr>
              <w:autoSpaceDE w:val="0"/>
              <w:autoSpaceDN w:val="0"/>
              <w:spacing w:before="78" w:after="0" w:line="249" w:lineRule="auto"/>
              <w:ind w:right="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https://infourok.ru/prezentaciya-razmetka-pryamougolnika-ot-dvuh-pryamih-uglov-trudovoe-obuchenie-klass-2700349.html</w:t>
            </w:r>
          </w:p>
        </w:tc>
      </w:tr>
      <w:tr w:rsidR="001C65E2" w:rsidRPr="001C65E2" w14:paraId="77948F3E" w14:textId="77777777" w:rsidTr="001C65E2">
        <w:trPr>
          <w:trHeight w:hRule="exact" w:val="1849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ED417D" w14:textId="77777777" w:rsidR="001C65E2" w:rsidRDefault="001C65E2">
            <w:pPr>
              <w:autoSpaceDE w:val="0"/>
              <w:autoSpaceDN w:val="0"/>
              <w:spacing w:before="78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lastRenderedPageBreak/>
              <w:t>2.10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F635C6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2" w:right="14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Сгибание и складывание тонкого картона и плотных видов бумаги —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биговка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79ACD8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0.5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E8B1FC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00F061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0.5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29F4B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75C2DC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4" w:right="43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При выполнении операций разметки и сборки деталей использовать особенности работы с тонким картоном и плотными видами бумаги, выполнять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биговку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C137C1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84CC0A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https://resh.edu.ru/subject/lesson/ 4312/start/219871/</w:t>
            </w:r>
          </w:p>
        </w:tc>
      </w:tr>
      <w:tr w:rsidR="001C65E2" w:rsidRPr="001C65E2" w14:paraId="7F65F10D" w14:textId="77777777" w:rsidTr="001C65E2">
        <w:trPr>
          <w:trHeight w:hRule="exact" w:val="283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484838" w14:textId="77777777" w:rsidR="001C65E2" w:rsidRDefault="001C65E2">
            <w:pPr>
              <w:autoSpaceDE w:val="0"/>
              <w:autoSpaceDN w:val="0"/>
              <w:spacing w:before="76" w:after="0"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2.11.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074837" w14:textId="77777777" w:rsidR="001C65E2" w:rsidRDefault="001C65E2">
            <w:pPr>
              <w:autoSpaceDE w:val="0"/>
              <w:autoSpaceDN w:val="0"/>
              <w:spacing w:before="76" w:after="0" w:line="249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Разметка деталей с опорой на простейший чертёж, эскиз. Изготовление изделий по рисунку, простейшему чертежу или эскизу, схеме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6A1E7B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0.25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200683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A6A168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0.25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B2079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698804" w14:textId="77777777" w:rsidR="001C65E2" w:rsidRDefault="001C65E2">
            <w:pPr>
              <w:autoSpaceDE w:val="0"/>
              <w:autoSpaceDN w:val="0"/>
              <w:spacing w:before="76" w:after="0" w:line="252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Различать виды условных графических изображений: рисунок, простейший чертёж, эскиз, схема. Использовать в практической работе чертёжные инструменты — линейку (угольник, циркуль), знать их функциональное назначение, конструкцию;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93D4EC" w14:textId="77777777" w:rsidR="001C65E2" w:rsidRDefault="001C65E2">
            <w:pPr>
              <w:autoSpaceDE w:val="0"/>
              <w:autoSpaceDN w:val="0"/>
              <w:spacing w:before="76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5C48E9" w14:textId="77777777" w:rsidR="001C65E2" w:rsidRDefault="001C65E2">
            <w:pPr>
              <w:autoSpaceDE w:val="0"/>
              <w:autoSpaceDN w:val="0"/>
              <w:spacing w:before="76" w:after="0" w:line="244" w:lineRule="auto"/>
              <w:ind w:left="72" w:right="4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https://resh.edu.ru/subject/ lesson/5367/main/220140/</w:t>
            </w:r>
          </w:p>
        </w:tc>
      </w:tr>
      <w:tr w:rsidR="001C65E2" w:rsidRPr="001C65E2" w14:paraId="10D3A58A" w14:textId="77777777" w:rsidTr="001C65E2">
        <w:trPr>
          <w:trHeight w:hRule="exact" w:val="170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DD7AD5" w14:textId="77777777" w:rsidR="001C65E2" w:rsidRDefault="001C65E2">
            <w:pPr>
              <w:autoSpaceDE w:val="0"/>
              <w:autoSpaceDN w:val="0"/>
              <w:spacing w:before="78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2.12.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BE01A4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2" w:right="10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Использование измерений, вычислений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и построений для решения практических задач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51B642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0.25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C9FF56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553560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0.25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D6103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AFB8AE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4" w:right="43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Выполнять разметку деталей и изготовление изделий из бумаги способом сгибания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складывания;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4CF083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B38A75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https://infourok.ru/urok-prezentaciya_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reshenie_prakticheskih_zadach._2_klass-159226.htm</w:t>
            </w:r>
          </w:p>
        </w:tc>
      </w:tr>
      <w:tr w:rsidR="001C65E2" w:rsidRPr="001C65E2" w14:paraId="5733E0CE" w14:textId="77777777" w:rsidTr="001C65E2">
        <w:trPr>
          <w:trHeight w:hRule="exact" w:val="155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825C5A" w14:textId="77777777" w:rsidR="001C65E2" w:rsidRDefault="001C65E2">
            <w:pPr>
              <w:autoSpaceDE w:val="0"/>
              <w:autoSpaceDN w:val="0"/>
              <w:spacing w:before="78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2.13.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1DAB87" w14:textId="77777777" w:rsidR="001C65E2" w:rsidRDefault="001C65E2">
            <w:pPr>
              <w:autoSpaceDE w:val="0"/>
              <w:autoSpaceDN w:val="0"/>
              <w:spacing w:before="78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Подвижное соединение деталей на проволоку, толстую нитку.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4A5B25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977314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26C1E5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96327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8DBDC3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4" w:right="5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Выполнять подвижное соединение деталей изделия на проволоку, толстую нитку;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B5BF93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834D28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https://resh.edu.ru/subject/lesson/4313/conspect/220278/</w:t>
            </w:r>
          </w:p>
        </w:tc>
      </w:tr>
      <w:tr w:rsidR="001C65E2" w:rsidRPr="001C65E2" w14:paraId="606AA3FD" w14:textId="77777777" w:rsidTr="001C65E2">
        <w:trPr>
          <w:trHeight w:hRule="exact" w:val="397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44208A" w14:textId="77777777" w:rsidR="001C65E2" w:rsidRDefault="001C65E2">
            <w:pPr>
              <w:autoSpaceDE w:val="0"/>
              <w:autoSpaceDN w:val="0"/>
              <w:spacing w:before="76" w:after="0"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lastRenderedPageBreak/>
              <w:t>2.14.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A148F0" w14:textId="77777777" w:rsidR="001C65E2" w:rsidRDefault="001C65E2">
            <w:pPr>
              <w:autoSpaceDE w:val="0"/>
              <w:autoSpaceDN w:val="0"/>
              <w:spacing w:before="76" w:after="0" w:line="249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78144D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0.25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AFA424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38CE92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0.25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99A8B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8AA8BA" w14:textId="77777777" w:rsidR="001C65E2" w:rsidRDefault="001C65E2">
            <w:pPr>
              <w:autoSpaceDE w:val="0"/>
              <w:autoSpaceDN w:val="0"/>
              <w:spacing w:before="76" w:after="0" w:line="252" w:lineRule="auto"/>
              <w:ind w:left="74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Наблюдать строение ткани (поперечное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продольное направление нитей), ткани и нитки растительного происхождения (полученные на основе натурального сырья), различать виды натуральных тканей: хлопчатобумажные,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шёлковые, шерстяные, их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происхождение,сравнение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образцов. Определять лицевую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изнаночную стороны тканей (кроме шерстяных);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77C66E" w14:textId="77777777" w:rsidR="001C65E2" w:rsidRDefault="001C65E2">
            <w:pPr>
              <w:autoSpaceDE w:val="0"/>
              <w:autoSpaceDN w:val="0"/>
              <w:spacing w:before="76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044228" w14:textId="77777777" w:rsidR="001C65E2" w:rsidRDefault="001C65E2">
            <w:pPr>
              <w:autoSpaceDE w:val="0"/>
              <w:autoSpaceDN w:val="0"/>
              <w:spacing w:before="76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https://infourok.ru/prezentaciya-k-uroku-po-tehnologii-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klassifikaciya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i-proizvodstvo-tekstilnih-volokon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opredelenie-napravleniya-dolevoy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-niti-v-tkan-577061.html</w:t>
            </w:r>
          </w:p>
        </w:tc>
      </w:tr>
      <w:tr w:rsidR="001C65E2" w:rsidRPr="001C65E2" w14:paraId="6C82E3EB" w14:textId="77777777" w:rsidTr="001C65E2">
        <w:trPr>
          <w:trHeight w:hRule="exact" w:val="2415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22083C" w14:textId="77777777" w:rsidR="001C65E2" w:rsidRDefault="001C65E2">
            <w:pPr>
              <w:autoSpaceDE w:val="0"/>
              <w:autoSpaceDN w:val="0"/>
              <w:spacing w:before="78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2.15.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A2D225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Виды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ниток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швейные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мулине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)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64A219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0.25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AB4597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9987A5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0.25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5C452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794F8A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4" w:right="2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Выбирать виды ниток и ткани в зависимости от выполняемых работ и назначения под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руководством учителя;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ED1B20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368B17" w14:textId="77777777" w:rsidR="001C65E2" w:rsidRDefault="001C65E2">
            <w:pPr>
              <w:autoSpaceDE w:val="0"/>
              <w:autoSpaceDN w:val="0"/>
              <w:spacing w:before="78" w:after="0" w:line="252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https://infourok.ru/prezentaciya-po-tehnologii-2-klass-kakie-byvayut-nitki-kak-oni-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ispolzuyutsya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ptichka-iz-pompona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4242449.html</w:t>
            </w:r>
          </w:p>
        </w:tc>
      </w:tr>
      <w:tr w:rsidR="001C65E2" w:rsidRPr="001C65E2" w14:paraId="3C198CC2" w14:textId="77777777" w:rsidTr="001C65E2">
        <w:trPr>
          <w:trHeight w:hRule="exact" w:val="240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6EA428" w14:textId="77777777" w:rsidR="001C65E2" w:rsidRDefault="001C65E2">
            <w:pPr>
              <w:autoSpaceDE w:val="0"/>
              <w:autoSpaceDN w:val="0"/>
              <w:spacing w:before="76" w:after="0"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2.16.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9C810D" w14:textId="77777777" w:rsidR="001C65E2" w:rsidRDefault="001C65E2">
            <w:pPr>
              <w:autoSpaceDE w:val="0"/>
              <w:autoSpaceDN w:val="0"/>
              <w:spacing w:before="76" w:after="0" w:line="244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Трикотаж, нетканые материалы (общее представление), его строение и основные свойства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0FA691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0.25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75D029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BF734F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0.25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7834E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350681" w14:textId="77777777" w:rsidR="001C65E2" w:rsidRDefault="001C65E2">
            <w:pPr>
              <w:autoSpaceDE w:val="0"/>
              <w:autoSpaceDN w:val="0"/>
              <w:spacing w:before="76" w:after="0" w:line="252" w:lineRule="auto"/>
              <w:ind w:left="74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Классифицировать изучаемые материалы (ткани, трикотаж, нетканые) по способу изготовления, нитям основ; нитки по назначению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происхождению, изучаемые материалы по сырью, из которого они изготовлены;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473B0F" w14:textId="77777777" w:rsidR="001C65E2" w:rsidRDefault="001C65E2">
            <w:pPr>
              <w:autoSpaceDE w:val="0"/>
              <w:autoSpaceDN w:val="0"/>
              <w:spacing w:before="76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B19121" w14:textId="77777777" w:rsidR="001C65E2" w:rsidRDefault="001C65E2">
            <w:pPr>
              <w:autoSpaceDE w:val="0"/>
              <w:autoSpaceDN w:val="0"/>
              <w:spacing w:before="76" w:after="0" w:line="244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https://resh.edu.ru/subject/lesson /5976/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conspect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/220516/</w:t>
            </w:r>
          </w:p>
        </w:tc>
      </w:tr>
    </w:tbl>
    <w:p w14:paraId="3B39CC4A" w14:textId="77777777" w:rsidR="001C65E2" w:rsidRDefault="001C65E2" w:rsidP="001C65E2">
      <w:pPr>
        <w:autoSpaceDE w:val="0"/>
        <w:autoSpaceDN w:val="0"/>
        <w:spacing w:after="0" w:line="14" w:lineRule="exact"/>
      </w:pPr>
    </w:p>
    <w:p w14:paraId="335EF63F" w14:textId="77777777" w:rsidR="001C65E2" w:rsidRDefault="001C65E2" w:rsidP="001C65E2">
      <w:pPr>
        <w:spacing w:after="0"/>
        <w:sectPr w:rsidR="001C65E2">
          <w:pgSz w:w="16840" w:h="11900"/>
          <w:pgMar w:top="284" w:right="640" w:bottom="634" w:left="666" w:header="720" w:footer="720" w:gutter="0"/>
          <w:cols w:space="720"/>
        </w:sectPr>
      </w:pPr>
    </w:p>
    <w:p w14:paraId="5D198DAD" w14:textId="77777777" w:rsidR="001C65E2" w:rsidRDefault="001C65E2" w:rsidP="001C65E2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4538"/>
        <w:gridCol w:w="530"/>
        <w:gridCol w:w="1104"/>
        <w:gridCol w:w="1140"/>
        <w:gridCol w:w="806"/>
        <w:gridCol w:w="3588"/>
        <w:gridCol w:w="1082"/>
        <w:gridCol w:w="2246"/>
      </w:tblGrid>
      <w:tr w:rsidR="001C65E2" w:rsidRPr="001C65E2" w14:paraId="3CF57915" w14:textId="77777777" w:rsidTr="001C65E2">
        <w:trPr>
          <w:trHeight w:hRule="exact" w:val="171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5D07EE" w14:textId="77777777" w:rsidR="001C65E2" w:rsidRDefault="001C65E2">
            <w:pPr>
              <w:autoSpaceDE w:val="0"/>
              <w:autoSpaceDN w:val="0"/>
              <w:spacing w:before="78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2.17.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060662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2" w:right="43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Варианты строчки прямого стежка (перевивы, наборы) и/или строчка косого стежка и её варианты (крестик, стебельчатая, ёлочка)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2FBE09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0.25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9A3059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3D67FA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0.25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AAAA6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019CE3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Соединять детали кроя изученными строчками;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EC9098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741924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https://resh.edu.ru/subject/lesson /5977/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conspect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/220570/</w:t>
            </w:r>
          </w:p>
        </w:tc>
      </w:tr>
      <w:tr w:rsidR="001C65E2" w:rsidRPr="001C65E2" w14:paraId="2DB82E51" w14:textId="77777777" w:rsidTr="001C65E2">
        <w:trPr>
          <w:trHeight w:hRule="exact" w:val="226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32EFF9" w14:textId="77777777" w:rsidR="001C65E2" w:rsidRDefault="001C65E2">
            <w:pPr>
              <w:autoSpaceDE w:val="0"/>
              <w:autoSpaceDN w:val="0"/>
              <w:spacing w:before="78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2.18.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2CF907" w14:textId="77777777" w:rsidR="001C65E2" w:rsidRDefault="001C65E2">
            <w:pPr>
              <w:autoSpaceDE w:val="0"/>
              <w:autoSpaceDN w:val="0"/>
              <w:spacing w:before="78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Лекало. Разметка с помощью лекала (простейшей выкройки)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5A45A7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2EF5C6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97B286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8B9CA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EC3EA5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4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Соблюдать технологическую последовательность изготовления несложного швейного изделия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(разметка деталей, выкраивание деталей, отделка деталей, сшивание деталей);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2C05A0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E0A21D" w14:textId="77777777" w:rsidR="001C65E2" w:rsidRDefault="001C65E2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https://infourok.ru/urok-tehnologii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vo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klasse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-po-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izgotovlenie-lekala-razmetka-detaley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vikroyka-detaley-futlyara-3435143.html</w:t>
            </w:r>
          </w:p>
        </w:tc>
      </w:tr>
      <w:tr w:rsidR="001C65E2" w:rsidRPr="001C65E2" w14:paraId="2E5CD55D" w14:textId="77777777" w:rsidTr="001C65E2">
        <w:trPr>
          <w:trHeight w:hRule="exact" w:val="1839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D5B5F7" w14:textId="77777777" w:rsidR="001C65E2" w:rsidRDefault="001C65E2">
            <w:pPr>
              <w:autoSpaceDE w:val="0"/>
              <w:autoSpaceDN w:val="0"/>
              <w:spacing w:before="76" w:after="0"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2.19.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B284B8" w14:textId="77777777" w:rsidR="001C65E2" w:rsidRDefault="001C65E2">
            <w:pPr>
              <w:autoSpaceDE w:val="0"/>
              <w:autoSpaceDN w:val="0"/>
              <w:spacing w:before="76" w:after="0" w:line="249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Технологическая последовательность изготовления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несложного швейного изделия (разметка деталей,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выкраивание деталей, отделка деталей, сшивание деталей)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9A6555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E233A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0A4E7F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243AA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9AAF51" w14:textId="77777777" w:rsidR="001C65E2" w:rsidRDefault="001C65E2">
            <w:pPr>
              <w:autoSpaceDE w:val="0"/>
              <w:autoSpaceDN w:val="0"/>
              <w:spacing w:before="76" w:after="0" w:line="244" w:lineRule="auto"/>
              <w:ind w:left="74" w:right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Использовать приёмы работы с нитками (наматывание, сшивание, вышивка);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44991B" w14:textId="77777777" w:rsidR="001C65E2" w:rsidRDefault="001C65E2">
            <w:pPr>
              <w:autoSpaceDE w:val="0"/>
              <w:autoSpaceDN w:val="0"/>
              <w:spacing w:before="76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B2831D" w14:textId="77777777" w:rsidR="001C65E2" w:rsidRDefault="001C65E2">
            <w:pPr>
              <w:autoSpaceDE w:val="0"/>
              <w:autoSpaceDN w:val="0"/>
              <w:spacing w:before="76" w:after="0" w:line="244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https://resh.edu.ru/subject/lesson /7093/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conspect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/257150/</w:t>
            </w:r>
          </w:p>
        </w:tc>
      </w:tr>
      <w:tr w:rsidR="001C65E2" w:rsidRPr="001C65E2" w14:paraId="4F641113" w14:textId="77777777" w:rsidTr="001C65E2">
        <w:trPr>
          <w:trHeight w:hRule="exact" w:val="1695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7224EE" w14:textId="77777777" w:rsidR="001C65E2" w:rsidRDefault="001C65E2">
            <w:pPr>
              <w:autoSpaceDE w:val="0"/>
              <w:autoSpaceDN w:val="0"/>
              <w:spacing w:before="76" w:after="0"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2.20.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FF97A0" w14:textId="77777777" w:rsidR="001C65E2" w:rsidRDefault="001C65E2">
            <w:pPr>
              <w:autoSpaceDE w:val="0"/>
              <w:autoSpaceDN w:val="0"/>
              <w:spacing w:before="76" w:after="0" w:line="244" w:lineRule="auto"/>
              <w:ind w:left="72" w:right="43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Использование дополнительных материалов (например, проволока, пряжа, бусины и др.)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68B4CF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ED4150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EF8B47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F0E3D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922648" w14:textId="77777777" w:rsidR="001C65E2" w:rsidRDefault="001C65E2">
            <w:pPr>
              <w:autoSpaceDE w:val="0"/>
              <w:autoSpaceDN w:val="0"/>
              <w:spacing w:before="76" w:after="0" w:line="244" w:lineRule="auto"/>
              <w:ind w:left="74" w:right="43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Определять виды ниток: шёлковые, мулине, швейные, пряжа, их использование;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D3761F" w14:textId="77777777" w:rsidR="001C65E2" w:rsidRDefault="001C65E2">
            <w:pPr>
              <w:autoSpaceDE w:val="0"/>
              <w:autoSpaceDN w:val="0"/>
              <w:spacing w:before="76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672E32" w14:textId="77777777" w:rsidR="001C65E2" w:rsidRDefault="001C65E2">
            <w:pPr>
              <w:autoSpaceDE w:val="0"/>
              <w:autoSpaceDN w:val="0"/>
              <w:spacing w:before="76" w:after="0" w:line="244" w:lineRule="auto"/>
              <w:ind w:left="72" w:right="4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https://resh.edu.ru/subject/ lesson/5976/main/220521/</w:t>
            </w:r>
          </w:p>
        </w:tc>
      </w:tr>
      <w:tr w:rsidR="001C65E2" w14:paraId="1B08A2A5" w14:textId="77777777" w:rsidTr="001C65E2">
        <w:trPr>
          <w:trHeight w:hRule="exact" w:val="348"/>
        </w:trPr>
        <w:tc>
          <w:tcPr>
            <w:tcW w:w="5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EFE8BB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модулю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C03E2E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14</w:t>
            </w:r>
          </w:p>
        </w:tc>
        <w:tc>
          <w:tcPr>
            <w:tcW w:w="99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1E21EF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5E2" w14:paraId="00D0FCAE" w14:textId="77777777" w:rsidTr="001C65E2">
        <w:trPr>
          <w:trHeight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545F18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Модуль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3. КОНСТРУИРОВАНИЕ И МОДЕЛИРОВАНИЕ</w:t>
            </w:r>
          </w:p>
        </w:tc>
      </w:tr>
      <w:tr w:rsidR="001C65E2" w:rsidRPr="001C65E2" w14:paraId="4B712D60" w14:textId="77777777" w:rsidTr="001C65E2">
        <w:trPr>
          <w:trHeight w:hRule="exact" w:val="284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7A5455" w14:textId="77777777" w:rsidR="001C65E2" w:rsidRDefault="001C65E2">
            <w:pPr>
              <w:autoSpaceDE w:val="0"/>
              <w:autoSpaceDN w:val="0"/>
              <w:spacing w:before="78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0238C4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Основные и дополнительные детали. Общее представление о правилах создания гармоничной композиции.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Симметрия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способыразметки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конструирования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симметричных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форм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488E31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83E995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A4D5A9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5C11C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EE2DCE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4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При выполнении практических работ учитывать правила создания гармоничной композиции;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60217D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F17061" w14:textId="77777777" w:rsidR="001C65E2" w:rsidRDefault="001C65E2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https://infourok.ru/prezentaciya-k-uroku-tehnologii-na-temu-chto-takoe-simmetriya-kak-poluchit-immetrichnie-detali-kompoziciya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-iz-simmetrichnih-bum-1957465.html</w:t>
            </w:r>
          </w:p>
        </w:tc>
      </w:tr>
      <w:tr w:rsidR="001C65E2" w:rsidRPr="001C65E2" w14:paraId="4A1EBC25" w14:textId="77777777" w:rsidTr="001C65E2">
        <w:trPr>
          <w:trHeight w:hRule="exact" w:val="197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E6AAB1" w14:textId="77777777" w:rsidR="001C65E2" w:rsidRDefault="001C65E2">
            <w:pPr>
              <w:autoSpaceDE w:val="0"/>
              <w:autoSpaceDN w:val="0"/>
              <w:spacing w:before="76" w:after="0"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3.2.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2F3AF1" w14:textId="77777777" w:rsidR="001C65E2" w:rsidRDefault="001C65E2">
            <w:pPr>
              <w:autoSpaceDE w:val="0"/>
              <w:autoSpaceDN w:val="0"/>
              <w:spacing w:before="76" w:after="0" w:line="244" w:lineRule="auto"/>
              <w:ind w:left="72" w:right="2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Конструирование и моделирование изделий из различных материалов по простейшему чертежу или эскизу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F505F2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F1D8F4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1CB96C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2213B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C1825E" w14:textId="77777777" w:rsidR="001C65E2" w:rsidRDefault="001C65E2">
            <w:pPr>
              <w:autoSpaceDE w:val="0"/>
              <w:autoSpaceDN w:val="0"/>
              <w:spacing w:before="76" w:after="0" w:line="249" w:lineRule="auto"/>
              <w:ind w:left="74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Конструировать симметричные формы, использовать способы разметки таких форм при работе над конструкцией;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B310E3" w14:textId="77777777" w:rsidR="001C65E2" w:rsidRDefault="001C65E2">
            <w:pPr>
              <w:autoSpaceDE w:val="0"/>
              <w:autoSpaceDN w:val="0"/>
              <w:spacing w:before="76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9BABE9" w14:textId="77777777" w:rsidR="001C65E2" w:rsidRDefault="001C65E2">
            <w:pPr>
              <w:autoSpaceDE w:val="0"/>
              <w:autoSpaceDN w:val="0"/>
              <w:spacing w:before="76" w:after="0" w:line="249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https://infourok.ru/prezentaciya-modelirovanie-i-konstruirovanie-iz-razlichnih-materialov-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2508303.html</w:t>
            </w:r>
          </w:p>
        </w:tc>
      </w:tr>
      <w:tr w:rsidR="001C65E2" w:rsidRPr="001C65E2" w14:paraId="775C4A48" w14:textId="77777777" w:rsidTr="001C65E2">
        <w:trPr>
          <w:trHeight w:hRule="exact" w:val="213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24C19E" w14:textId="77777777" w:rsidR="001C65E2" w:rsidRDefault="001C65E2">
            <w:pPr>
              <w:autoSpaceDE w:val="0"/>
              <w:autoSpaceDN w:val="0"/>
              <w:spacing w:before="78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3.3.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248CA2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Подвижное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соединение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деталей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конструкции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341291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B93E36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946912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FAE02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134DBA" w14:textId="77777777" w:rsidR="001C65E2" w:rsidRDefault="001C65E2">
            <w:pPr>
              <w:autoSpaceDE w:val="0"/>
              <w:autoSpaceDN w:val="0"/>
              <w:spacing w:before="78" w:after="0" w:line="252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Выделять основные и дополнительные детали конструкции, называть их форму и определять способ соединения; анализировать конструкцию изделия по рисунку, фотографии, схеме и готовому образцу; конструировать и моделировать изделия из различных материалов по простейшему чертежу или эскизу;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99D1F4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18615F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https://resh.edu.ru/subject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/lesson/4313/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conspect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/220278/</w:t>
            </w:r>
          </w:p>
        </w:tc>
      </w:tr>
      <w:tr w:rsidR="001C65E2" w:rsidRPr="00A91EDC" w14:paraId="5C740D02" w14:textId="77777777" w:rsidTr="001C65E2">
        <w:trPr>
          <w:trHeight w:hRule="exact" w:val="311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9AA504" w14:textId="77777777" w:rsidR="001C65E2" w:rsidRDefault="001C65E2">
            <w:pPr>
              <w:autoSpaceDE w:val="0"/>
              <w:autoSpaceDN w:val="0"/>
              <w:spacing w:before="76"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3.4.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B963D9" w14:textId="77777777" w:rsidR="001C65E2" w:rsidRDefault="001C65E2">
            <w:pPr>
              <w:autoSpaceDE w:val="0"/>
              <w:autoSpaceDN w:val="0"/>
              <w:spacing w:before="76" w:after="0" w:line="244" w:lineRule="auto"/>
              <w:ind w:left="72" w:right="5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Внесение элементарных конструктивных изменений и дополнений в изделие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3823B2" w14:textId="77777777" w:rsidR="001C65E2" w:rsidRDefault="001C65E2">
            <w:pPr>
              <w:autoSpaceDE w:val="0"/>
              <w:autoSpaceDN w:val="0"/>
              <w:spacing w:before="76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BE2F6C" w14:textId="77777777" w:rsidR="001C65E2" w:rsidRDefault="001C65E2">
            <w:pPr>
              <w:autoSpaceDE w:val="0"/>
              <w:autoSpaceDN w:val="0"/>
              <w:spacing w:before="76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DE7D8" w14:textId="77777777" w:rsidR="001C65E2" w:rsidRDefault="001C65E2">
            <w:pPr>
              <w:autoSpaceDE w:val="0"/>
              <w:autoSpaceDN w:val="0"/>
              <w:spacing w:before="76" w:after="0" w:line="228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450B7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395114" w14:textId="77777777" w:rsidR="001C65E2" w:rsidRDefault="001C65E2">
            <w:pPr>
              <w:autoSpaceDE w:val="0"/>
              <w:autoSpaceDN w:val="0"/>
              <w:spacing w:before="76" w:after="0" w:line="252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Вносить элементарные конструктивные изменения и дополнения в изделие в связи с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дополненными/изменёнными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функциями/условиями использования: изменять детали конструкции изделия для создания разных его вариантов, вносить творческие изменения в создаваемые изделия;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E82284" w14:textId="77777777" w:rsidR="001C65E2" w:rsidRDefault="001C65E2">
            <w:pPr>
              <w:autoSpaceDE w:val="0"/>
              <w:autoSpaceDN w:val="0"/>
              <w:spacing w:before="76" w:after="0" w:line="252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Устный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опрос;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Контрольная работа;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Практическая работа;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80E8E9" w14:textId="77777777" w:rsidR="001C65E2" w:rsidRDefault="001C65E2">
            <w:pPr>
              <w:autoSpaceDE w:val="0"/>
              <w:autoSpaceDN w:val="0"/>
              <w:spacing w:before="76" w:after="0" w:line="252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</w:t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infourok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prezentaciya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uroku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tehnologii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klass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shkola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veka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po</w:t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vibiraem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konstrukciyu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izdeliya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3380590.</w:t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html</w:t>
            </w:r>
          </w:p>
        </w:tc>
      </w:tr>
      <w:tr w:rsidR="001C65E2" w14:paraId="67FE4783" w14:textId="77777777" w:rsidTr="001C65E2">
        <w:trPr>
          <w:trHeight w:hRule="exact" w:val="328"/>
        </w:trPr>
        <w:tc>
          <w:tcPr>
            <w:tcW w:w="5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23E1D0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Итогопомодулю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9ACB77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10</w:t>
            </w:r>
          </w:p>
        </w:tc>
        <w:tc>
          <w:tcPr>
            <w:tcW w:w="99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C8B70" w14:textId="77777777" w:rsidR="001C65E2" w:rsidRDefault="001C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0A684C" w14:textId="77777777" w:rsidR="001C65E2" w:rsidRDefault="001C65E2" w:rsidP="001C65E2">
      <w:pPr>
        <w:autoSpaceDE w:val="0"/>
        <w:autoSpaceDN w:val="0"/>
        <w:spacing w:after="0" w:line="14" w:lineRule="exact"/>
      </w:pPr>
    </w:p>
    <w:p w14:paraId="2750012E" w14:textId="77777777" w:rsidR="001C65E2" w:rsidRDefault="001C65E2" w:rsidP="001C65E2">
      <w:pPr>
        <w:spacing w:after="0"/>
        <w:sectPr w:rsidR="001C65E2">
          <w:pgSz w:w="16840" w:h="11900"/>
          <w:pgMar w:top="284" w:right="640" w:bottom="286" w:left="666" w:header="720" w:footer="720" w:gutter="0"/>
          <w:cols w:space="720"/>
        </w:sectPr>
      </w:pPr>
    </w:p>
    <w:p w14:paraId="434A05D2" w14:textId="77777777" w:rsidR="001C65E2" w:rsidRDefault="001C65E2" w:rsidP="001C65E2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4538"/>
        <w:gridCol w:w="530"/>
        <w:gridCol w:w="1104"/>
        <w:gridCol w:w="1140"/>
        <w:gridCol w:w="806"/>
        <w:gridCol w:w="3588"/>
        <w:gridCol w:w="1082"/>
        <w:gridCol w:w="2246"/>
      </w:tblGrid>
      <w:tr w:rsidR="001C65E2" w14:paraId="44CA534A" w14:textId="77777777" w:rsidTr="001C65E2">
        <w:trPr>
          <w:trHeight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CE2767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Модуль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 xml:space="preserve"> 4. ИНФОРМАЦИОННО-КОММУНИКАТИВНЫЕ ТЕХНОЛОГИИ</w:t>
            </w:r>
          </w:p>
        </w:tc>
      </w:tr>
      <w:tr w:rsidR="001C65E2" w:rsidRPr="001C65E2" w14:paraId="14F6A535" w14:textId="77777777" w:rsidTr="001C65E2">
        <w:trPr>
          <w:trHeight w:hRule="exact" w:val="1503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EA128E" w14:textId="77777777" w:rsidR="001C65E2" w:rsidRDefault="001C65E2">
            <w:pPr>
              <w:autoSpaceDE w:val="0"/>
              <w:autoSpaceDN w:val="0"/>
              <w:spacing w:before="78" w:after="0" w:line="228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4.1.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D68ECD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2" w:right="1008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  <w:lang w:val="ru-RU"/>
              </w:rPr>
              <w:t>Демонстрация учителем готовых материалов на информационных носителях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3137AD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319C39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430F47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DBEBB" w14:textId="77777777" w:rsidR="001C65E2" w:rsidRDefault="001C65E2">
            <w:pPr>
              <w:rPr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7ADEA8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4" w:right="288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Анализировать готовые материалы, 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представленные учителем на информационных носителях;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BC9AE4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4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8ED7B9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2" w:right="144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https://resh.edu.ru/subject/ </w:t>
            </w:r>
            <w:r>
              <w:rPr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lesson/5424/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conspect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/116841/</w:t>
            </w:r>
          </w:p>
        </w:tc>
      </w:tr>
      <w:tr w:rsidR="001C65E2" w:rsidRPr="001C65E2" w14:paraId="3EE70DC2" w14:textId="77777777" w:rsidTr="001C65E2">
        <w:trPr>
          <w:trHeight w:hRule="exact" w:val="185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2CA34A" w14:textId="77777777" w:rsidR="001C65E2" w:rsidRDefault="001C65E2">
            <w:pPr>
              <w:autoSpaceDE w:val="0"/>
              <w:autoSpaceDN w:val="0"/>
              <w:spacing w:before="78" w:after="0" w:line="228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4.2.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814133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  <w:lang w:val="ru-RU"/>
              </w:rPr>
              <w:t>Поиск информации. Интернет как источник информации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AF09E8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1BF4F4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910F3A" w14:textId="77777777" w:rsidR="001C65E2" w:rsidRDefault="001C65E2">
            <w:pPr>
              <w:autoSpaceDE w:val="0"/>
              <w:autoSpaceDN w:val="0"/>
              <w:spacing w:before="78" w:after="0" w:line="228" w:lineRule="auto"/>
              <w:ind w:left="7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2150F" w14:textId="77777777" w:rsidR="001C65E2" w:rsidRDefault="001C65E2">
            <w:pPr>
              <w:rPr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EEDD5A" w14:textId="77777777" w:rsidR="001C65E2" w:rsidRDefault="001C65E2">
            <w:pPr>
              <w:autoSpaceDE w:val="0"/>
              <w:autoSpaceDN w:val="0"/>
              <w:spacing w:before="78" w:after="0" w:line="244" w:lineRule="auto"/>
              <w:ind w:left="74" w:right="144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Осуществлять поиск информации, в том числе в Интернете под руководством взрослого;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AEBE07" w14:textId="77777777" w:rsidR="001C65E2" w:rsidRDefault="001C65E2">
            <w:pPr>
              <w:autoSpaceDE w:val="0"/>
              <w:autoSpaceDN w:val="0"/>
              <w:spacing w:before="78" w:after="0" w:line="249" w:lineRule="auto"/>
              <w:ind w:left="74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Практическаяработа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BD07F5" w14:textId="77777777" w:rsidR="001C65E2" w:rsidRDefault="001C65E2">
            <w:pPr>
              <w:autoSpaceDE w:val="0"/>
              <w:autoSpaceDN w:val="0"/>
              <w:spacing w:before="78" w:after="0" w:line="252" w:lineRule="auto"/>
              <w:ind w:left="7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https://infourok.ru/prezentaciya-po-tehnologii-na-temu-poisk-informacii</w:t>
            </w:r>
            <w:r>
              <w:rPr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-v-internete-2-klass-</w:t>
            </w:r>
            <w:r>
              <w:rPr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5782893.html</w:t>
            </w:r>
          </w:p>
        </w:tc>
      </w:tr>
      <w:tr w:rsidR="001C65E2" w14:paraId="4017C8AC" w14:textId="77777777" w:rsidTr="001C65E2">
        <w:trPr>
          <w:trHeight w:hRule="exact" w:val="348"/>
        </w:trPr>
        <w:tc>
          <w:tcPr>
            <w:tcW w:w="5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079774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модулю</w:t>
            </w:r>
            <w:proofErr w:type="spell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4A1E06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99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EA0B3" w14:textId="77777777" w:rsidR="001C65E2" w:rsidRDefault="001C65E2">
            <w:pPr>
              <w:rPr>
                <w:sz w:val="24"/>
                <w:szCs w:val="24"/>
              </w:rPr>
            </w:pPr>
          </w:p>
        </w:tc>
      </w:tr>
      <w:tr w:rsidR="001C65E2" w14:paraId="32B2B18E" w14:textId="77777777" w:rsidTr="001C65E2">
        <w:trPr>
          <w:trHeight w:hRule="exact" w:val="328"/>
        </w:trPr>
        <w:tc>
          <w:tcPr>
            <w:tcW w:w="5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7A398F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FF234D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34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FA20A8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C3A525" w14:textId="77777777" w:rsidR="001C65E2" w:rsidRDefault="001C65E2">
            <w:pPr>
              <w:autoSpaceDE w:val="0"/>
              <w:autoSpaceDN w:val="0"/>
              <w:spacing w:before="76" w:after="0" w:line="232" w:lineRule="auto"/>
              <w:ind w:left="7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30</w:t>
            </w:r>
          </w:p>
        </w:tc>
        <w:tc>
          <w:tcPr>
            <w:tcW w:w="77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36DA8" w14:textId="77777777" w:rsidR="001C65E2" w:rsidRDefault="001C65E2">
            <w:pPr>
              <w:rPr>
                <w:sz w:val="24"/>
                <w:szCs w:val="24"/>
              </w:rPr>
            </w:pPr>
          </w:p>
        </w:tc>
      </w:tr>
    </w:tbl>
    <w:p w14:paraId="0C52612B" w14:textId="77777777" w:rsidR="001C65E2" w:rsidRDefault="001C65E2" w:rsidP="001C65E2">
      <w:pPr>
        <w:autoSpaceDE w:val="0"/>
        <w:autoSpaceDN w:val="0"/>
        <w:spacing w:after="0" w:line="14" w:lineRule="exact"/>
      </w:pPr>
    </w:p>
    <w:p w14:paraId="4F665429" w14:textId="77777777" w:rsidR="001C65E2" w:rsidRDefault="001C65E2" w:rsidP="001C65E2">
      <w:pPr>
        <w:spacing w:after="0"/>
        <w:sectPr w:rsidR="001C65E2">
          <w:pgSz w:w="16840" w:h="11900"/>
          <w:pgMar w:top="284" w:right="640" w:bottom="1440" w:left="666" w:header="720" w:footer="720" w:gutter="0"/>
          <w:cols w:space="720"/>
        </w:sectPr>
      </w:pPr>
    </w:p>
    <w:p w14:paraId="23B782CF" w14:textId="77777777" w:rsidR="001C65E2" w:rsidRDefault="001C65E2" w:rsidP="001C65E2">
      <w:pPr>
        <w:autoSpaceDE w:val="0"/>
        <w:autoSpaceDN w:val="0"/>
        <w:spacing w:after="78" w:line="220" w:lineRule="exact"/>
      </w:pPr>
    </w:p>
    <w:p w14:paraId="522217D7" w14:textId="77777777" w:rsidR="001C65E2" w:rsidRDefault="001C65E2" w:rsidP="001C65E2">
      <w:pPr>
        <w:autoSpaceDE w:val="0"/>
        <w:autoSpaceDN w:val="0"/>
        <w:spacing w:after="320" w:line="228" w:lineRule="auto"/>
      </w:pPr>
      <w:r>
        <w:rPr>
          <w:rFonts w:ascii="Times New Roman" w:eastAsia="Times New Roman" w:hAnsi="Times New Roman"/>
          <w:b/>
          <w:color w:val="000000"/>
          <w:sz w:val="24"/>
        </w:rPr>
        <w:t>ПОУРОЧНОЕ ПЛАНИРОВАНИЕ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288"/>
        <w:gridCol w:w="734"/>
        <w:gridCol w:w="1620"/>
        <w:gridCol w:w="1668"/>
        <w:gridCol w:w="1164"/>
        <w:gridCol w:w="1574"/>
      </w:tblGrid>
      <w:tr w:rsidR="001C65E2" w14:paraId="04C42ACA" w14:textId="77777777" w:rsidTr="001C65E2">
        <w:trPr>
          <w:trHeight w:hRule="exact" w:val="492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F96861" w14:textId="77777777" w:rsidR="001C65E2" w:rsidRDefault="001C65E2">
            <w:pPr>
              <w:autoSpaceDE w:val="0"/>
              <w:autoSpaceDN w:val="0"/>
              <w:spacing w:before="98" w:after="0" w:line="261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3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25F979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</w:tc>
        <w:tc>
          <w:tcPr>
            <w:tcW w:w="4022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E0858D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705B80" w14:textId="77777777" w:rsidR="001C65E2" w:rsidRDefault="001C65E2">
            <w:pPr>
              <w:autoSpaceDE w:val="0"/>
              <w:autoSpaceDN w:val="0"/>
              <w:spacing w:before="98" w:after="0" w:line="261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72F8EA" w14:textId="77777777" w:rsidR="001C65E2" w:rsidRDefault="001C65E2">
            <w:pPr>
              <w:autoSpaceDE w:val="0"/>
              <w:autoSpaceDN w:val="0"/>
              <w:spacing w:before="98" w:after="0" w:line="268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,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контроля</w:t>
            </w:r>
            <w:proofErr w:type="spellEnd"/>
          </w:p>
        </w:tc>
      </w:tr>
      <w:tr w:rsidR="001C65E2" w14:paraId="64F83F5B" w14:textId="77777777" w:rsidTr="001C65E2">
        <w:trPr>
          <w:trHeight w:hRule="exact" w:val="828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A2B92" w14:textId="77777777" w:rsidR="001C65E2" w:rsidRDefault="001C65E2">
            <w:pPr>
              <w:spacing w:after="0"/>
            </w:pPr>
          </w:p>
        </w:tc>
        <w:tc>
          <w:tcPr>
            <w:tcW w:w="3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3F5675FA" w14:textId="77777777" w:rsidR="001C65E2" w:rsidRDefault="001C65E2">
            <w:pPr>
              <w:spacing w:after="0"/>
            </w:pP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F8CE0F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061846" w14:textId="77777777" w:rsidR="001C65E2" w:rsidRDefault="001C65E2">
            <w:pPr>
              <w:autoSpaceDE w:val="0"/>
              <w:autoSpaceDN w:val="0"/>
              <w:spacing w:before="98" w:after="0" w:line="261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DE14F6" w14:textId="77777777" w:rsidR="001C65E2" w:rsidRDefault="001C65E2">
            <w:pPr>
              <w:autoSpaceDE w:val="0"/>
              <w:autoSpaceDN w:val="0"/>
              <w:spacing w:before="98" w:after="0" w:line="261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711EA" w14:textId="77777777" w:rsidR="001C65E2" w:rsidRDefault="001C65E2">
            <w:pPr>
              <w:spacing w:after="0"/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6EABE" w14:textId="77777777" w:rsidR="001C65E2" w:rsidRDefault="001C65E2">
            <w:pPr>
              <w:spacing w:after="0"/>
            </w:pPr>
          </w:p>
        </w:tc>
      </w:tr>
      <w:tr w:rsidR="001C65E2" w14:paraId="09A1BA4B" w14:textId="77777777" w:rsidTr="001C65E2">
        <w:trPr>
          <w:trHeight w:hRule="exact" w:val="284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A37913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68A0C5" w14:textId="77777777" w:rsidR="001C65E2" w:rsidRDefault="001C65E2">
            <w:pPr>
              <w:autoSpaceDE w:val="0"/>
              <w:autoSpaceDN w:val="0"/>
              <w:spacing w:before="98" w:after="0" w:line="261" w:lineRule="auto"/>
              <w:ind w:left="72" w:right="43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Рукотворный мир —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результат труда человека.</w:t>
            </w:r>
          </w:p>
          <w:p w14:paraId="6CECA1B8" w14:textId="77777777" w:rsidR="001C65E2" w:rsidRDefault="001C65E2">
            <w:pPr>
              <w:autoSpaceDE w:val="0"/>
              <w:autoSpaceDN w:val="0"/>
              <w:spacing w:before="70" w:after="0" w:line="28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Элементарные представления об основном принципе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создания мира вещей: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прочность конструкции,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удобство использования,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эстетическая выразительность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050F4C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28AF66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DDBF42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F33B2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6F2314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26D05A4C" w14:textId="77777777" w:rsidTr="001C65E2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7484D3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184142" w14:textId="77777777" w:rsidR="001C65E2" w:rsidRDefault="001C65E2">
            <w:pPr>
              <w:autoSpaceDE w:val="0"/>
              <w:autoSpaceDN w:val="0"/>
              <w:spacing w:before="98" w:after="0" w:line="268" w:lineRule="auto"/>
              <w:ind w:left="72" w:right="144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Средства художественной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выразительности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(композиция, цвет, тон и др.).</w:t>
            </w:r>
          </w:p>
          <w:p w14:paraId="668C5A10" w14:textId="77777777" w:rsidR="001C65E2" w:rsidRDefault="001C65E2">
            <w:pPr>
              <w:autoSpaceDE w:val="0"/>
              <w:autoSpaceDN w:val="0"/>
              <w:spacing w:before="70" w:after="0" w:line="261" w:lineRule="auto"/>
              <w:ind w:left="72" w:right="43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Изготовление изделий с учётом данного принципа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6816E4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430512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2627A9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CC20A3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0CF2ED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2A6AAC86" w14:textId="77777777" w:rsidTr="001C65E2">
        <w:trPr>
          <w:trHeight w:hRule="exact" w:val="721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24D42D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EC8F85" w14:textId="77777777" w:rsidR="001C65E2" w:rsidRDefault="001C65E2">
            <w:pPr>
              <w:autoSpaceDE w:val="0"/>
              <w:autoSpaceDN w:val="0"/>
              <w:spacing w:before="98" w:after="0" w:line="288" w:lineRule="auto"/>
              <w:ind w:left="72" w:right="144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Общее представление о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технологическом процессе: анализ устройства и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назначения изделия,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выстраивание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последовательности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практических действий и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технологических операций, подбор материалов и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инструментов, экономная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разметка, обработка с целью получения (выделения)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деталей, сборка, отделка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изделия, проверка изделия в действии, внесение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необходимых дополнений и изменений. Изготовление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изделий из различных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материалов с соблюдением этапов технологического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процесса.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4AE4F8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3EB71D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03B624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F757F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FB4AA1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5621D271" w14:textId="77777777" w:rsidTr="001C65E2">
        <w:trPr>
          <w:trHeight w:hRule="exact" w:val="148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6966B2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95A896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Традиции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современность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7147DF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DF3DDB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54E089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6C9C6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E7A13F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</w:tbl>
    <w:p w14:paraId="6A9309BF" w14:textId="77777777" w:rsidR="001C65E2" w:rsidRDefault="001C65E2" w:rsidP="001C65E2">
      <w:pPr>
        <w:autoSpaceDE w:val="0"/>
        <w:autoSpaceDN w:val="0"/>
        <w:spacing w:after="0" w:line="14" w:lineRule="exact"/>
      </w:pPr>
    </w:p>
    <w:p w14:paraId="25E9D648" w14:textId="77777777" w:rsidR="001C65E2" w:rsidRDefault="001C65E2" w:rsidP="001C65E2">
      <w:pPr>
        <w:spacing w:after="0"/>
        <w:sectPr w:rsidR="001C65E2">
          <w:pgSz w:w="11900" w:h="16840"/>
          <w:pgMar w:top="298" w:right="650" w:bottom="464" w:left="666" w:header="720" w:footer="720" w:gutter="0"/>
          <w:cols w:space="720"/>
        </w:sectPr>
      </w:pPr>
    </w:p>
    <w:p w14:paraId="16CE3F3B" w14:textId="77777777" w:rsidR="001C65E2" w:rsidRDefault="001C65E2" w:rsidP="001C65E2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288"/>
        <w:gridCol w:w="734"/>
        <w:gridCol w:w="1620"/>
        <w:gridCol w:w="1668"/>
        <w:gridCol w:w="1164"/>
        <w:gridCol w:w="1574"/>
      </w:tblGrid>
      <w:tr w:rsidR="001C65E2" w14:paraId="1FACE594" w14:textId="77777777" w:rsidTr="001C65E2">
        <w:trPr>
          <w:trHeight w:hRule="exact" w:val="217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5C8152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D9D3D2" w14:textId="77777777" w:rsidR="001C65E2" w:rsidRDefault="001C65E2">
            <w:pPr>
              <w:autoSpaceDE w:val="0"/>
              <w:autoSpaceDN w:val="0"/>
              <w:spacing w:before="98" w:after="0" w:line="261" w:lineRule="auto"/>
              <w:ind w:left="72" w:right="864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Новая жизнь древних профессий.</w:t>
            </w:r>
          </w:p>
          <w:p w14:paraId="439FFF80" w14:textId="77777777" w:rsidR="001C65E2" w:rsidRDefault="001C65E2">
            <w:pPr>
              <w:autoSpaceDE w:val="0"/>
              <w:autoSpaceDN w:val="0"/>
              <w:spacing w:before="70" w:after="0" w:line="261" w:lineRule="auto"/>
              <w:ind w:left="72" w:right="144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Совершенствование их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технологических процессов.</w:t>
            </w:r>
          </w:p>
          <w:p w14:paraId="6C199921" w14:textId="77777777" w:rsidR="001C65E2" w:rsidRDefault="001C65E2">
            <w:pPr>
              <w:autoSpaceDE w:val="0"/>
              <w:autoSpaceDN w:val="0"/>
              <w:spacing w:before="70" w:after="0" w:line="261" w:lineRule="auto"/>
              <w:ind w:left="72" w:right="576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Мастера и их профессии, правила мастера.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1479B4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8DCBD5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D14AE6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32CF4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50467D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062457BD" w14:textId="77777777" w:rsidTr="001C65E2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F03323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E68D6D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традиции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CC3B8E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158FD3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3B784E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31C55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E2B41C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01EFE7D2" w14:textId="77777777" w:rsidTr="001C65E2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469EAA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41B1A8" w14:textId="77777777" w:rsidR="001C65E2" w:rsidRDefault="001C65E2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Элементарная творческая и проектная деятельность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(создание замысла, его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детализация и воплощение).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4941F7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746298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F72E19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0367F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276F92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32C0C029" w14:textId="77777777" w:rsidTr="001C65E2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9D041B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B36F15" w14:textId="77777777" w:rsidR="001C65E2" w:rsidRDefault="001C65E2">
            <w:pPr>
              <w:autoSpaceDE w:val="0"/>
              <w:autoSpaceDN w:val="0"/>
              <w:spacing w:before="98" w:after="0" w:line="261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Несложные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коллективные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групповые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B938FE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CC433D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3C5946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98B4D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A1DDA4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00B3E55F" w14:textId="77777777" w:rsidTr="001C65E2">
        <w:trPr>
          <w:trHeight w:hRule="exact" w:val="284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98A7BB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678BAC" w14:textId="77777777" w:rsidR="001C65E2" w:rsidRDefault="001C65E2">
            <w:pPr>
              <w:autoSpaceDE w:val="0"/>
              <w:autoSpaceDN w:val="0"/>
              <w:spacing w:before="98" w:after="0" w:line="268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Многообразие материалов, их свойств и их практическое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применение в жизни.</w:t>
            </w:r>
          </w:p>
          <w:p w14:paraId="6D661E0C" w14:textId="77777777" w:rsidR="001C65E2" w:rsidRDefault="001C65E2">
            <w:pPr>
              <w:autoSpaceDE w:val="0"/>
              <w:autoSpaceDN w:val="0"/>
              <w:spacing w:before="70" w:after="0" w:line="280" w:lineRule="auto"/>
              <w:ind w:left="72" w:right="288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Исследование и сравнение элементарных физических, механических и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технологических свойств различных материалов.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9BA707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6363FA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FF3CA5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66E8A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8B93DA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5877A2C8" w14:textId="77777777" w:rsidTr="001C65E2">
        <w:trPr>
          <w:trHeight w:hRule="exact" w:val="551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731274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97B4AD" w14:textId="77777777" w:rsidR="001C65E2" w:rsidRDefault="001C65E2">
            <w:pPr>
              <w:autoSpaceDE w:val="0"/>
              <w:autoSpaceDN w:val="0"/>
              <w:spacing w:before="98" w:after="0" w:line="268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Выбор материалов по их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декоративно-художественным и конструктивным свойствам.</w:t>
            </w:r>
          </w:p>
          <w:p w14:paraId="3BFB093B" w14:textId="77777777" w:rsidR="001C65E2" w:rsidRDefault="001C65E2">
            <w:pPr>
              <w:autoSpaceDE w:val="0"/>
              <w:autoSpaceDN w:val="0"/>
              <w:spacing w:before="72" w:after="0" w:line="288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Называние и выполнение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основных технологических операций ручной обработки материалов в процессе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изготовления изделия: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разметка деталей (с помощью линейки (угольника,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циркуля), формообразование деталей (сгибание,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складывание тонкого картона и плотных видов бумаги и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др.), сборка изделия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(сшивание).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9DFD5B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0D50D8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E33E92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42130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D9E01E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</w:tbl>
    <w:p w14:paraId="00ACC23B" w14:textId="77777777" w:rsidR="001C65E2" w:rsidRDefault="001C65E2" w:rsidP="001C65E2">
      <w:pPr>
        <w:autoSpaceDE w:val="0"/>
        <w:autoSpaceDN w:val="0"/>
        <w:spacing w:after="0" w:line="14" w:lineRule="exact"/>
      </w:pPr>
    </w:p>
    <w:p w14:paraId="7EA3F04D" w14:textId="77777777" w:rsidR="001C65E2" w:rsidRDefault="001C65E2" w:rsidP="001C65E2">
      <w:pPr>
        <w:spacing w:after="0"/>
        <w:sectPr w:rsidR="001C65E2">
          <w:pgSz w:w="11900" w:h="16840"/>
          <w:pgMar w:top="284" w:right="650" w:bottom="602" w:left="666" w:header="720" w:footer="720" w:gutter="0"/>
          <w:cols w:space="720"/>
        </w:sectPr>
      </w:pPr>
    </w:p>
    <w:p w14:paraId="7246B3E1" w14:textId="77777777" w:rsidR="001C65E2" w:rsidRDefault="001C65E2" w:rsidP="001C65E2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288"/>
        <w:gridCol w:w="734"/>
        <w:gridCol w:w="1620"/>
        <w:gridCol w:w="1668"/>
        <w:gridCol w:w="1164"/>
        <w:gridCol w:w="1574"/>
      </w:tblGrid>
      <w:tr w:rsidR="001C65E2" w14:paraId="1557DEF2" w14:textId="77777777" w:rsidTr="001C65E2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6FB880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05C06B" w14:textId="77777777" w:rsidR="001C65E2" w:rsidRDefault="001C65E2">
            <w:pPr>
              <w:autoSpaceDE w:val="0"/>
              <w:autoSpaceDN w:val="0"/>
              <w:spacing w:before="98" w:after="0" w:line="261" w:lineRule="auto"/>
              <w:ind w:left="72" w:right="720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изделия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B3B260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CEB6C3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461EEB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D1388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833368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7E0E5E4E" w14:textId="77777777" w:rsidTr="001C65E2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10AC4C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AEDD45" w14:textId="77777777" w:rsidR="001C65E2" w:rsidRDefault="001C65E2">
            <w:pPr>
              <w:autoSpaceDE w:val="0"/>
              <w:autoSpaceDN w:val="0"/>
              <w:spacing w:before="98" w:after="0" w:line="280" w:lineRule="auto"/>
              <w:ind w:left="72" w:right="288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соответствующих способов обработки материалов в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зависимости от вида и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назначения изделия.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6B44A2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34C6E7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BF73C4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91CF7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6905BF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0F3C7508" w14:textId="77777777" w:rsidTr="001C65E2">
        <w:trPr>
          <w:trHeight w:hRule="exact" w:val="284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44C216" w14:textId="77777777" w:rsidR="001C65E2" w:rsidRDefault="001C65E2">
            <w:pPr>
              <w:autoSpaceDE w:val="0"/>
              <w:autoSpaceDN w:val="0"/>
              <w:spacing w:before="100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D68143" w14:textId="77777777" w:rsidR="001C65E2" w:rsidRDefault="001C65E2">
            <w:pPr>
              <w:autoSpaceDE w:val="0"/>
              <w:autoSpaceDN w:val="0"/>
              <w:spacing w:before="100" w:after="0" w:line="285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Виды условных графических изображений: рисунок,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простейший чертёж, эскиз, схема.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Чертёжные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линейка</w:t>
            </w:r>
            <w:proofErr w:type="spellEnd"/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угольник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циркуль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функциональное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назначение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29B4D1" w14:textId="77777777" w:rsidR="001C65E2" w:rsidRDefault="001C65E2">
            <w:pPr>
              <w:autoSpaceDE w:val="0"/>
              <w:autoSpaceDN w:val="0"/>
              <w:spacing w:before="100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0A88B8" w14:textId="77777777" w:rsidR="001C65E2" w:rsidRDefault="001C65E2">
            <w:pPr>
              <w:autoSpaceDE w:val="0"/>
              <w:autoSpaceDN w:val="0"/>
              <w:spacing w:before="100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2BF009" w14:textId="77777777" w:rsidR="001C65E2" w:rsidRDefault="001C65E2">
            <w:pPr>
              <w:autoSpaceDE w:val="0"/>
              <w:autoSpaceDN w:val="0"/>
              <w:spacing w:before="100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4400B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39B75F" w14:textId="77777777" w:rsidR="001C65E2" w:rsidRDefault="001C65E2">
            <w:pPr>
              <w:autoSpaceDE w:val="0"/>
              <w:autoSpaceDN w:val="0"/>
              <w:spacing w:before="100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12E4CE73" w14:textId="77777777" w:rsidTr="001C65E2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626C41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DFC3DE" w14:textId="77777777" w:rsidR="001C65E2" w:rsidRDefault="001C65E2">
            <w:pPr>
              <w:autoSpaceDE w:val="0"/>
              <w:autoSpaceDN w:val="0"/>
              <w:spacing w:before="98" w:after="0" w:line="268" w:lineRule="auto"/>
              <w:ind w:left="72" w:right="288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Приёмы безопасной работы колющими (циркуль)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инструментами.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69F5B7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042DB1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59D2B1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F49FA6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9D8ADC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3D2ED5A6" w14:textId="77777777" w:rsidTr="001C65E2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D0D1EA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11EA6D" w14:textId="77777777" w:rsidR="001C65E2" w:rsidRDefault="001C65E2">
            <w:pPr>
              <w:autoSpaceDE w:val="0"/>
              <w:autoSpaceDN w:val="0"/>
              <w:spacing w:before="98" w:after="0" w:line="261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Технология обработки бумаги и картона.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5B5182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52B001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371704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AC993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93CD11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01FE9B1B" w14:textId="77777777" w:rsidTr="001C65E2">
        <w:trPr>
          <w:trHeight w:hRule="exact" w:val="282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C71E4A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E1E6AF" w14:textId="77777777" w:rsidR="001C65E2" w:rsidRDefault="001C65E2">
            <w:pPr>
              <w:autoSpaceDE w:val="0"/>
              <w:autoSpaceDN w:val="0"/>
              <w:spacing w:before="98" w:after="0" w:line="285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Назначение линий чертежа (контур, линия разреза, сгиба, выносная, размерная). Чтение условных графических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изображений. Построение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прямоугольника от двух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прямых углов (от одного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прямого угла).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5B8D56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49D3D6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50B067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C3C68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F62537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</w:tbl>
    <w:p w14:paraId="1F911268" w14:textId="77777777" w:rsidR="001C65E2" w:rsidRDefault="001C65E2" w:rsidP="001C65E2">
      <w:pPr>
        <w:autoSpaceDE w:val="0"/>
        <w:autoSpaceDN w:val="0"/>
        <w:spacing w:after="0" w:line="14" w:lineRule="exact"/>
      </w:pPr>
    </w:p>
    <w:p w14:paraId="1B7BF115" w14:textId="77777777" w:rsidR="001C65E2" w:rsidRDefault="001C65E2" w:rsidP="001C65E2">
      <w:pPr>
        <w:spacing w:after="0"/>
        <w:sectPr w:rsidR="001C65E2">
          <w:pgSz w:w="11900" w:h="16840"/>
          <w:pgMar w:top="284" w:right="650" w:bottom="1440" w:left="666" w:header="720" w:footer="720" w:gutter="0"/>
          <w:cols w:space="720"/>
        </w:sectPr>
      </w:pPr>
    </w:p>
    <w:p w14:paraId="7CDC802D" w14:textId="77777777" w:rsidR="001C65E2" w:rsidRDefault="001C65E2" w:rsidP="001C65E2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288"/>
        <w:gridCol w:w="734"/>
        <w:gridCol w:w="1620"/>
        <w:gridCol w:w="1668"/>
        <w:gridCol w:w="1164"/>
        <w:gridCol w:w="1574"/>
      </w:tblGrid>
      <w:tr w:rsidR="001C65E2" w14:paraId="6637099C" w14:textId="77777777" w:rsidTr="001C65E2">
        <w:trPr>
          <w:trHeight w:hRule="exact" w:val="385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2E3E7A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1F992D" w14:textId="77777777" w:rsidR="001C65E2" w:rsidRDefault="001C65E2">
            <w:pPr>
              <w:autoSpaceDE w:val="0"/>
              <w:autoSpaceDN w:val="0"/>
              <w:spacing w:before="98" w:after="0" w:line="261" w:lineRule="auto"/>
              <w:ind w:left="72" w:right="144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Разметка деталей с опорой на простейший чертёж, эскиз.</w:t>
            </w:r>
          </w:p>
          <w:p w14:paraId="5E44186E" w14:textId="77777777" w:rsidR="001C65E2" w:rsidRDefault="001C65E2">
            <w:pPr>
              <w:autoSpaceDE w:val="0"/>
              <w:autoSpaceDN w:val="0"/>
              <w:spacing w:before="70" w:after="0" w:line="268" w:lineRule="auto"/>
              <w:ind w:left="72" w:right="288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Изготовление изделий по рисунку, простейшему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чертежу или эскизу, схеме.</w:t>
            </w:r>
          </w:p>
          <w:p w14:paraId="756A1FEE" w14:textId="77777777" w:rsidR="001C65E2" w:rsidRDefault="001C65E2">
            <w:pPr>
              <w:autoSpaceDE w:val="0"/>
              <w:autoSpaceDN w:val="0"/>
              <w:spacing w:before="70" w:after="0" w:line="268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Использование измерений,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вычислений и построений для решения практических задач.</w:t>
            </w:r>
          </w:p>
          <w:p w14:paraId="0357E3DA" w14:textId="77777777" w:rsidR="001C65E2" w:rsidRDefault="001C65E2">
            <w:pPr>
              <w:autoSpaceDE w:val="0"/>
              <w:autoSpaceDN w:val="0"/>
              <w:spacing w:before="70" w:after="0" w:line="268" w:lineRule="auto"/>
              <w:ind w:left="72" w:right="288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Сгибание и складывание тонкого картона и плотных видов бумаги —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CCD55F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2279AD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A2A55C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E8726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8396A5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3E9AC28E" w14:textId="77777777" w:rsidTr="001C65E2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78A56C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6F14D2" w14:textId="77777777" w:rsidR="001C65E2" w:rsidRDefault="001C65E2">
            <w:pPr>
              <w:autoSpaceDE w:val="0"/>
              <w:autoSpaceDN w:val="0"/>
              <w:spacing w:before="98" w:after="0" w:line="268" w:lineRule="auto"/>
              <w:ind w:left="72" w:right="720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Подвижное соединение деталей на проволоку, толстую нитку.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7EAE67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F597D5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CEAE4D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1BDB5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D77470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38176FE2" w14:textId="77777777" w:rsidTr="001C65E2">
        <w:trPr>
          <w:trHeight w:hRule="exact" w:val="654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26A191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112BAB" w14:textId="77777777" w:rsidR="001C65E2" w:rsidRDefault="001C65E2">
            <w:pPr>
              <w:autoSpaceDE w:val="0"/>
              <w:autoSpaceDN w:val="0"/>
              <w:spacing w:before="98" w:after="0" w:line="261" w:lineRule="auto"/>
              <w:ind w:left="72" w:right="576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Технология обработки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текстильных материалов.</w:t>
            </w:r>
          </w:p>
          <w:p w14:paraId="40C4F97E" w14:textId="77777777" w:rsidR="001C65E2" w:rsidRDefault="001C65E2">
            <w:pPr>
              <w:autoSpaceDE w:val="0"/>
              <w:autoSpaceDN w:val="0"/>
              <w:spacing w:before="70" w:after="0" w:line="285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Строение ткани (поперечное и продольное направление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нитей). Ткани и нитки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растительного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происхождения (полученные на основе натурального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сырья). Виды ниток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(швейные, мулине).</w:t>
            </w:r>
          </w:p>
          <w:p w14:paraId="5FA41D5B" w14:textId="77777777" w:rsidR="001C65E2" w:rsidRDefault="001C65E2">
            <w:pPr>
              <w:autoSpaceDE w:val="0"/>
              <w:autoSpaceDN w:val="0"/>
              <w:spacing w:before="70" w:after="0" w:line="285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Трикотаж, нетканые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материалы (общее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представление), его строение и основные свойства. Строчка прямого стежка и её варианты (перевивы, наборы) и/или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строчка косого стежка и её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варианты (крестик,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стебельчатая, ёлочка).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0709F2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15533E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27528F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96F40B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1D1766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4B97D310" w14:textId="77777777" w:rsidTr="001C65E2">
        <w:trPr>
          <w:trHeight w:hRule="exact" w:val="148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2C040B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A41D20" w14:textId="77777777" w:rsidR="001C65E2" w:rsidRDefault="001C65E2">
            <w:pPr>
              <w:autoSpaceDE w:val="0"/>
              <w:autoSpaceDN w:val="0"/>
              <w:spacing w:before="98" w:after="0" w:line="268" w:lineRule="auto"/>
              <w:ind w:left="72" w:right="144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Лекало. Разметка с помощью лекала (простейшей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выкройки).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FE034E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D1A765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0FA249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1A722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058A50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</w:tbl>
    <w:p w14:paraId="1A88E8E7" w14:textId="77777777" w:rsidR="001C65E2" w:rsidRDefault="001C65E2" w:rsidP="001C65E2">
      <w:pPr>
        <w:autoSpaceDE w:val="0"/>
        <w:autoSpaceDN w:val="0"/>
        <w:spacing w:after="0" w:line="14" w:lineRule="exact"/>
      </w:pPr>
    </w:p>
    <w:p w14:paraId="115BA277" w14:textId="77777777" w:rsidR="001C65E2" w:rsidRDefault="001C65E2" w:rsidP="001C65E2">
      <w:pPr>
        <w:spacing w:after="0"/>
        <w:sectPr w:rsidR="001C65E2">
          <w:pgSz w:w="11900" w:h="16840"/>
          <w:pgMar w:top="284" w:right="650" w:bottom="1430" w:left="666" w:header="720" w:footer="720" w:gutter="0"/>
          <w:cols w:space="720"/>
        </w:sectPr>
      </w:pPr>
    </w:p>
    <w:p w14:paraId="037459B8" w14:textId="77777777" w:rsidR="001C65E2" w:rsidRDefault="001C65E2" w:rsidP="001C65E2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288"/>
        <w:gridCol w:w="734"/>
        <w:gridCol w:w="1620"/>
        <w:gridCol w:w="1668"/>
        <w:gridCol w:w="1164"/>
        <w:gridCol w:w="1574"/>
      </w:tblGrid>
      <w:tr w:rsidR="001C65E2" w14:paraId="1DE6D885" w14:textId="77777777" w:rsidTr="001C65E2">
        <w:trPr>
          <w:trHeight w:hRule="exact" w:val="25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A29AF2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1F0B1B" w14:textId="77777777" w:rsidR="001C65E2" w:rsidRDefault="001C65E2">
            <w:pPr>
              <w:autoSpaceDE w:val="0"/>
              <w:autoSpaceDN w:val="0"/>
              <w:spacing w:before="98" w:after="0" w:line="280" w:lineRule="auto"/>
              <w:ind w:left="72" w:right="144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Технологическая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последовательность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изготовления несложного швейного изделия (разметка деталей, выкраивание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деталей, отделка деталей,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сшивание деталей).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F9F8CE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CAC330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AEE5CD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2A962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19127B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05740A87" w14:textId="77777777" w:rsidTr="001C65E2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0D2602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77DD56" w14:textId="77777777" w:rsidR="001C65E2" w:rsidRDefault="001C65E2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дополнительных материалов (например, проволока, пряжа, бусины и др.).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731871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7D659E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B02B93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8483B0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BCD63F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1AC0BC8D" w14:textId="77777777" w:rsidTr="001C65E2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C49623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C0A64A" w14:textId="77777777" w:rsidR="001C65E2" w:rsidRDefault="001C65E2">
            <w:pPr>
              <w:autoSpaceDE w:val="0"/>
              <w:autoSpaceDN w:val="0"/>
              <w:spacing w:before="98" w:after="0" w:line="261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дополнительные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B83C19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E67568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32E6F5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3061E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9E80D1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5EFD4020" w14:textId="77777777" w:rsidTr="001C65E2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0E32E7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C3C547" w14:textId="77777777" w:rsidR="001C65E2" w:rsidRDefault="001C65E2">
            <w:pPr>
              <w:autoSpaceDE w:val="0"/>
              <w:autoSpaceDN w:val="0"/>
              <w:spacing w:before="98" w:after="0" w:line="268" w:lineRule="auto"/>
              <w:ind w:left="72" w:right="43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Общее представление о правилах создания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гармоничной композиции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73E3ED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FBB83E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D7DE64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B812F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17E6C6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1042808F" w14:textId="77777777" w:rsidTr="001C65E2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91F1C1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F442B1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AF685F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44102E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2D7E5E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55A4D4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A13A33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4FD37833" w14:textId="77777777" w:rsidTr="001C65E2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4AB31B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C605BF" w14:textId="77777777" w:rsidR="001C65E2" w:rsidRDefault="001C65E2">
            <w:pPr>
              <w:autoSpaceDE w:val="0"/>
              <w:autoSpaceDN w:val="0"/>
              <w:spacing w:before="98" w:after="0" w:line="261" w:lineRule="auto"/>
              <w:ind w:left="72" w:right="86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разметки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форм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D762A7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F07A95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9B7EC5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B20D6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078058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52704B69" w14:textId="77777777" w:rsidTr="001C65E2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B71A42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775F18" w14:textId="77777777" w:rsidR="001C65E2" w:rsidRDefault="001C65E2">
            <w:pPr>
              <w:autoSpaceDE w:val="0"/>
              <w:autoSpaceDN w:val="0"/>
              <w:spacing w:before="98" w:after="0" w:line="261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конструирования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форм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880524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3A25B8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C5F68F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0A94F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BC21FA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241045C7" w14:textId="77777777" w:rsidTr="001C65E2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09E1F2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2DE2D8" w14:textId="77777777" w:rsidR="001C65E2" w:rsidRDefault="001C65E2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различных материалов по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простейшему чертежу или эскизу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6461D2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09779A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3E1F44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2691E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C76F93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38C7FC1C" w14:textId="77777777" w:rsidTr="001C65E2">
        <w:trPr>
          <w:trHeight w:hRule="exact" w:val="148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51A1EF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BE21F9" w14:textId="77777777" w:rsidR="001C65E2" w:rsidRDefault="001C65E2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Моделирование изделий из различных материалов по простейшему чертежу или эскизу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2A0043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58C3AA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570283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82671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B7A87F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</w:tbl>
    <w:p w14:paraId="6B1F8E45" w14:textId="77777777" w:rsidR="001C65E2" w:rsidRDefault="001C65E2" w:rsidP="001C65E2">
      <w:pPr>
        <w:autoSpaceDE w:val="0"/>
        <w:autoSpaceDN w:val="0"/>
        <w:spacing w:after="0" w:line="14" w:lineRule="exact"/>
      </w:pPr>
    </w:p>
    <w:p w14:paraId="34A1CD93" w14:textId="77777777" w:rsidR="001C65E2" w:rsidRDefault="001C65E2" w:rsidP="001C65E2">
      <w:pPr>
        <w:spacing w:after="0"/>
        <w:sectPr w:rsidR="001C65E2">
          <w:pgSz w:w="11900" w:h="16840"/>
          <w:pgMar w:top="284" w:right="650" w:bottom="872" w:left="666" w:header="720" w:footer="720" w:gutter="0"/>
          <w:cols w:space="720"/>
        </w:sectPr>
      </w:pPr>
    </w:p>
    <w:p w14:paraId="3E585872" w14:textId="77777777" w:rsidR="001C65E2" w:rsidRDefault="001C65E2" w:rsidP="001C65E2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288"/>
        <w:gridCol w:w="734"/>
        <w:gridCol w:w="1620"/>
        <w:gridCol w:w="1668"/>
        <w:gridCol w:w="1164"/>
        <w:gridCol w:w="1574"/>
      </w:tblGrid>
      <w:tr w:rsidR="001C65E2" w14:paraId="48984A45" w14:textId="77777777" w:rsidTr="001C65E2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45D14C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7B402E" w14:textId="77777777" w:rsidR="001C65E2" w:rsidRDefault="001C65E2">
            <w:pPr>
              <w:autoSpaceDE w:val="0"/>
              <w:autoSpaceDN w:val="0"/>
              <w:spacing w:before="98" w:after="0" w:line="261" w:lineRule="auto"/>
              <w:ind w:left="72" w:right="720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59E9F3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70BC76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FAC2A6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A3498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908056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1080C2EC" w14:textId="77777777" w:rsidTr="001C65E2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66098B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88D01F" w14:textId="77777777" w:rsidR="001C65E2" w:rsidRDefault="001C65E2">
            <w:pPr>
              <w:autoSpaceDE w:val="0"/>
              <w:autoSpaceDN w:val="0"/>
              <w:spacing w:before="98" w:after="0" w:line="268" w:lineRule="auto"/>
              <w:ind w:left="72" w:right="144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Внесение элементарных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конструктивных изменений в изделие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A4F8B2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E5B0C9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BBECFA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F2A7C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8D8DAB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2CD1D3D1" w14:textId="77777777" w:rsidTr="001C65E2">
        <w:trPr>
          <w:trHeight w:hRule="exact" w:val="116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C29D7E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32.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20C8BB" w14:textId="77777777" w:rsidR="001C65E2" w:rsidRDefault="001C65E2">
            <w:pPr>
              <w:autoSpaceDE w:val="0"/>
              <w:autoSpaceDN w:val="0"/>
              <w:spacing w:before="98" w:after="0" w:line="273" w:lineRule="auto"/>
              <w:ind w:left="72" w:right="144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Внесение элементарных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конструктивных дополнений в изделие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C1A597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FA9521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37F5D1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E432B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C3A65B" w14:textId="77777777" w:rsidR="001C65E2" w:rsidRDefault="001C65E2">
            <w:pPr>
              <w:autoSpaceDE w:val="0"/>
              <w:autoSpaceDN w:val="0"/>
              <w:spacing w:before="98" w:after="0" w:line="261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58524103" w14:textId="77777777" w:rsidTr="001C65E2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B7BBD7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33.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ADE274" w14:textId="77777777" w:rsidR="001C65E2" w:rsidRDefault="001C65E2">
            <w:pPr>
              <w:autoSpaceDE w:val="0"/>
              <w:autoSpaceDN w:val="0"/>
              <w:spacing w:before="98" w:after="0" w:line="268" w:lineRule="auto"/>
              <w:ind w:left="72" w:right="144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Демонстрация учителем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готовых материалов на </w:t>
            </w:r>
            <w:r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информационных носителях.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D52A39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C19B62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72CDCD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E0B16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0C2E1F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310904D9" w14:textId="77777777" w:rsidTr="001C65E2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9503B4" w14:textId="77777777" w:rsidR="001C65E2" w:rsidRDefault="001C65E2">
            <w:pPr>
              <w:autoSpaceDE w:val="0"/>
              <w:autoSpaceDN w:val="0"/>
              <w:spacing w:before="98" w:after="0" w:line="228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BBF4A4" w14:textId="77777777" w:rsidR="001C65E2" w:rsidRDefault="001C65E2">
            <w:pPr>
              <w:autoSpaceDE w:val="0"/>
              <w:autoSpaceDN w:val="0"/>
              <w:spacing w:before="98" w:after="0" w:line="261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Поиск информации. Интернет как источник информации.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A53921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8D8314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EA52CF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7A00C" w14:textId="77777777" w:rsidR="001C65E2" w:rsidRDefault="001C65E2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43C5D3" w14:textId="77777777" w:rsidR="001C65E2" w:rsidRDefault="001C65E2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C65E2" w14:paraId="54DACBF9" w14:textId="77777777" w:rsidTr="001C65E2">
        <w:trPr>
          <w:trHeight w:hRule="exact" w:val="808"/>
        </w:trPr>
        <w:tc>
          <w:tcPr>
            <w:tcW w:w="3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0BC077" w14:textId="77777777" w:rsidR="001C65E2" w:rsidRDefault="001C65E2">
            <w:pPr>
              <w:autoSpaceDE w:val="0"/>
              <w:autoSpaceDN w:val="0"/>
              <w:spacing w:before="98" w:after="0" w:line="261" w:lineRule="auto"/>
              <w:ind w:left="72" w:right="288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E36195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236E7D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5297AF" w14:textId="77777777" w:rsidR="001C65E2" w:rsidRDefault="001C65E2">
            <w:pPr>
              <w:autoSpaceDE w:val="0"/>
              <w:autoSpaceDN w:val="0"/>
              <w:spacing w:before="98" w:after="0" w:line="228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21274" w14:textId="77777777" w:rsidR="001C65E2" w:rsidRDefault="001C65E2"/>
        </w:tc>
      </w:tr>
    </w:tbl>
    <w:p w14:paraId="68CFF582" w14:textId="77777777" w:rsidR="001C65E2" w:rsidRDefault="001C65E2" w:rsidP="001C65E2">
      <w:pPr>
        <w:autoSpaceDE w:val="0"/>
        <w:autoSpaceDN w:val="0"/>
        <w:spacing w:after="0" w:line="14" w:lineRule="exact"/>
      </w:pPr>
    </w:p>
    <w:p w14:paraId="6D06945A" w14:textId="77777777" w:rsidR="001C65E2" w:rsidRDefault="001C65E2"/>
    <w:sectPr w:rsidR="001C65E2" w:rsidSect="001C65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  <w:lvlOverride w:ilvl="0">
      <w:startOverride w:val="1"/>
    </w:lvlOverride>
  </w:num>
  <w:num w:numId="3">
    <w:abstractNumId w:val="3"/>
  </w:num>
  <w:num w:numId="4">
    <w:abstractNumId w:val="2"/>
  </w:num>
  <w:num w:numId="5">
    <w:abstractNumId w:val="1"/>
    <w:lvlOverride w:ilvl="0">
      <w:startOverride w:val="1"/>
    </w:lvlOverride>
  </w:num>
  <w:num w:numId="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420"/>
    <w:rsid w:val="00082420"/>
    <w:rsid w:val="001C65E2"/>
    <w:rsid w:val="00574179"/>
    <w:rsid w:val="00A9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F48C5"/>
  <w15:chartTrackingRefBased/>
  <w15:docId w15:val="{0C653A36-FD96-412E-84C7-206ABC1E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1C65E2"/>
    <w:pPr>
      <w:spacing w:after="200" w:line="276" w:lineRule="auto"/>
    </w:pPr>
    <w:rPr>
      <w:rFonts w:eastAsiaTheme="minorEastAsia"/>
      <w:lang w:val="en-US"/>
    </w:rPr>
  </w:style>
  <w:style w:type="paragraph" w:styleId="1">
    <w:name w:val="heading 1"/>
    <w:basedOn w:val="a1"/>
    <w:next w:val="a1"/>
    <w:link w:val="10"/>
    <w:uiPriority w:val="9"/>
    <w:qFormat/>
    <w:rsid w:val="001C65E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1C65E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1C65E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1C65E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1C65E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1C65E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1C65E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1C65E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1C65E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1C65E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22">
    <w:name w:val="Заголовок 2 Знак"/>
    <w:basedOn w:val="a2"/>
    <w:link w:val="21"/>
    <w:uiPriority w:val="9"/>
    <w:semiHidden/>
    <w:rsid w:val="001C65E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32">
    <w:name w:val="Заголовок 3 Знак"/>
    <w:basedOn w:val="a2"/>
    <w:link w:val="31"/>
    <w:uiPriority w:val="9"/>
    <w:semiHidden/>
    <w:rsid w:val="001C65E2"/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character" w:customStyle="1" w:styleId="40">
    <w:name w:val="Заголовок 4 Знак"/>
    <w:basedOn w:val="a2"/>
    <w:link w:val="4"/>
    <w:uiPriority w:val="9"/>
    <w:semiHidden/>
    <w:rsid w:val="001C65E2"/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character" w:customStyle="1" w:styleId="50">
    <w:name w:val="Заголовок 5 Знак"/>
    <w:basedOn w:val="a2"/>
    <w:link w:val="5"/>
    <w:uiPriority w:val="9"/>
    <w:semiHidden/>
    <w:rsid w:val="001C65E2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character" w:customStyle="1" w:styleId="60">
    <w:name w:val="Заголовок 6 Знак"/>
    <w:basedOn w:val="a2"/>
    <w:link w:val="6"/>
    <w:uiPriority w:val="9"/>
    <w:semiHidden/>
    <w:rsid w:val="001C65E2"/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character" w:customStyle="1" w:styleId="70">
    <w:name w:val="Заголовок 7 Знак"/>
    <w:basedOn w:val="a2"/>
    <w:link w:val="7"/>
    <w:uiPriority w:val="9"/>
    <w:semiHidden/>
    <w:rsid w:val="001C65E2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80">
    <w:name w:val="Заголовок 8 Знак"/>
    <w:basedOn w:val="a2"/>
    <w:link w:val="8"/>
    <w:uiPriority w:val="9"/>
    <w:semiHidden/>
    <w:rsid w:val="001C65E2"/>
    <w:rPr>
      <w:rFonts w:asciiTheme="majorHAnsi" w:eastAsiaTheme="majorEastAsia" w:hAnsiTheme="majorHAnsi" w:cstheme="majorBidi"/>
      <w:color w:val="4472C4" w:themeColor="accent1"/>
      <w:sz w:val="20"/>
      <w:szCs w:val="20"/>
      <w:lang w:val="en-US"/>
    </w:rPr>
  </w:style>
  <w:style w:type="character" w:customStyle="1" w:styleId="90">
    <w:name w:val="Заголовок 9 Знак"/>
    <w:basedOn w:val="a2"/>
    <w:link w:val="9"/>
    <w:uiPriority w:val="9"/>
    <w:semiHidden/>
    <w:rsid w:val="001C65E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msonormal0">
    <w:name w:val="msonormal"/>
    <w:basedOn w:val="a1"/>
    <w:rsid w:val="001C6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header"/>
    <w:basedOn w:val="a1"/>
    <w:link w:val="a6"/>
    <w:uiPriority w:val="99"/>
    <w:semiHidden/>
    <w:unhideWhenUsed/>
    <w:rsid w:val="001C65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semiHidden/>
    <w:rsid w:val="001C65E2"/>
    <w:rPr>
      <w:rFonts w:eastAsiaTheme="minorEastAsia"/>
      <w:lang w:val="en-US"/>
    </w:rPr>
  </w:style>
  <w:style w:type="paragraph" w:styleId="a7">
    <w:name w:val="footer"/>
    <w:basedOn w:val="a1"/>
    <w:link w:val="a8"/>
    <w:uiPriority w:val="99"/>
    <w:semiHidden/>
    <w:unhideWhenUsed/>
    <w:rsid w:val="001C65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semiHidden/>
    <w:rsid w:val="001C65E2"/>
    <w:rPr>
      <w:rFonts w:eastAsiaTheme="minorEastAsia"/>
      <w:lang w:val="en-US"/>
    </w:rPr>
  </w:style>
  <w:style w:type="paragraph" w:styleId="a9">
    <w:name w:val="caption"/>
    <w:basedOn w:val="a1"/>
    <w:next w:val="a1"/>
    <w:uiPriority w:val="35"/>
    <w:semiHidden/>
    <w:unhideWhenUsed/>
    <w:qFormat/>
    <w:rsid w:val="001C65E2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a">
    <w:name w:val="macro"/>
    <w:link w:val="ab"/>
    <w:uiPriority w:val="99"/>
    <w:semiHidden/>
    <w:unhideWhenUsed/>
    <w:rsid w:val="001C65E2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  <w:lang w:val="en-US"/>
    </w:rPr>
  </w:style>
  <w:style w:type="character" w:customStyle="1" w:styleId="ab">
    <w:name w:val="Текст макроса Знак"/>
    <w:basedOn w:val="a2"/>
    <w:link w:val="aa"/>
    <w:uiPriority w:val="99"/>
    <w:semiHidden/>
    <w:rsid w:val="001C65E2"/>
    <w:rPr>
      <w:rFonts w:ascii="Courier" w:eastAsiaTheme="minorEastAsia" w:hAnsi="Courier"/>
      <w:sz w:val="20"/>
      <w:szCs w:val="20"/>
      <w:lang w:val="en-US"/>
    </w:rPr>
  </w:style>
  <w:style w:type="paragraph" w:styleId="ac">
    <w:name w:val="List"/>
    <w:basedOn w:val="a1"/>
    <w:uiPriority w:val="99"/>
    <w:semiHidden/>
    <w:unhideWhenUsed/>
    <w:rsid w:val="001C65E2"/>
    <w:pPr>
      <w:ind w:left="360" w:hanging="360"/>
      <w:contextualSpacing/>
    </w:pPr>
  </w:style>
  <w:style w:type="paragraph" w:styleId="a0">
    <w:name w:val="List Bullet"/>
    <w:basedOn w:val="a1"/>
    <w:uiPriority w:val="99"/>
    <w:semiHidden/>
    <w:unhideWhenUsed/>
    <w:rsid w:val="001C65E2"/>
    <w:pPr>
      <w:numPr>
        <w:numId w:val="1"/>
      </w:numPr>
      <w:contextualSpacing/>
    </w:pPr>
  </w:style>
  <w:style w:type="paragraph" w:styleId="a">
    <w:name w:val="List Number"/>
    <w:basedOn w:val="a1"/>
    <w:uiPriority w:val="99"/>
    <w:semiHidden/>
    <w:unhideWhenUsed/>
    <w:rsid w:val="001C65E2"/>
    <w:pPr>
      <w:numPr>
        <w:numId w:val="2"/>
      </w:numPr>
      <w:contextualSpacing/>
    </w:pPr>
  </w:style>
  <w:style w:type="paragraph" w:styleId="23">
    <w:name w:val="List 2"/>
    <w:basedOn w:val="a1"/>
    <w:uiPriority w:val="99"/>
    <w:semiHidden/>
    <w:unhideWhenUsed/>
    <w:rsid w:val="001C65E2"/>
    <w:pPr>
      <w:ind w:left="720" w:hanging="360"/>
      <w:contextualSpacing/>
    </w:pPr>
  </w:style>
  <w:style w:type="paragraph" w:styleId="33">
    <w:name w:val="List 3"/>
    <w:basedOn w:val="a1"/>
    <w:uiPriority w:val="99"/>
    <w:semiHidden/>
    <w:unhideWhenUsed/>
    <w:rsid w:val="001C65E2"/>
    <w:pPr>
      <w:ind w:left="1080" w:hanging="360"/>
      <w:contextualSpacing/>
    </w:pPr>
  </w:style>
  <w:style w:type="paragraph" w:styleId="20">
    <w:name w:val="List Bullet 2"/>
    <w:basedOn w:val="a1"/>
    <w:uiPriority w:val="99"/>
    <w:semiHidden/>
    <w:unhideWhenUsed/>
    <w:rsid w:val="001C65E2"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1C65E2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1C65E2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1C65E2"/>
    <w:pPr>
      <w:numPr>
        <w:numId w:val="6"/>
      </w:numPr>
      <w:contextualSpacing/>
    </w:pPr>
  </w:style>
  <w:style w:type="paragraph" w:styleId="ad">
    <w:name w:val="Title"/>
    <w:basedOn w:val="a1"/>
    <w:next w:val="a1"/>
    <w:link w:val="ae"/>
    <w:uiPriority w:val="10"/>
    <w:qFormat/>
    <w:rsid w:val="001C65E2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e">
    <w:name w:val="Заголовок Знак"/>
    <w:basedOn w:val="a2"/>
    <w:link w:val="ad"/>
    <w:uiPriority w:val="10"/>
    <w:rsid w:val="001C65E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af">
    <w:name w:val="Body Text"/>
    <w:basedOn w:val="a1"/>
    <w:link w:val="af0"/>
    <w:uiPriority w:val="99"/>
    <w:semiHidden/>
    <w:unhideWhenUsed/>
    <w:rsid w:val="001C65E2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semiHidden/>
    <w:rsid w:val="001C65E2"/>
    <w:rPr>
      <w:rFonts w:eastAsiaTheme="minorEastAsia"/>
      <w:lang w:val="en-US"/>
    </w:rPr>
  </w:style>
  <w:style w:type="paragraph" w:styleId="af1">
    <w:name w:val="List Continue"/>
    <w:basedOn w:val="a1"/>
    <w:uiPriority w:val="99"/>
    <w:semiHidden/>
    <w:unhideWhenUsed/>
    <w:rsid w:val="001C65E2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semiHidden/>
    <w:unhideWhenUsed/>
    <w:rsid w:val="001C65E2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semiHidden/>
    <w:unhideWhenUsed/>
    <w:rsid w:val="001C65E2"/>
    <w:pPr>
      <w:spacing w:after="120"/>
      <w:ind w:left="1080"/>
      <w:contextualSpacing/>
    </w:pPr>
  </w:style>
  <w:style w:type="paragraph" w:styleId="af2">
    <w:name w:val="Subtitle"/>
    <w:basedOn w:val="a1"/>
    <w:next w:val="a1"/>
    <w:link w:val="af3"/>
    <w:uiPriority w:val="11"/>
    <w:qFormat/>
    <w:rsid w:val="001C65E2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f3">
    <w:name w:val="Подзаголовок Знак"/>
    <w:basedOn w:val="a2"/>
    <w:link w:val="af2"/>
    <w:uiPriority w:val="11"/>
    <w:rsid w:val="001C65E2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paragraph" w:styleId="25">
    <w:name w:val="Body Text 2"/>
    <w:basedOn w:val="a1"/>
    <w:link w:val="26"/>
    <w:uiPriority w:val="99"/>
    <w:semiHidden/>
    <w:unhideWhenUsed/>
    <w:rsid w:val="001C65E2"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uiPriority w:val="99"/>
    <w:semiHidden/>
    <w:rsid w:val="001C65E2"/>
    <w:rPr>
      <w:rFonts w:eastAsiaTheme="minorEastAsia"/>
      <w:lang w:val="en-US"/>
    </w:rPr>
  </w:style>
  <w:style w:type="paragraph" w:styleId="35">
    <w:name w:val="Body Text 3"/>
    <w:basedOn w:val="a1"/>
    <w:link w:val="36"/>
    <w:uiPriority w:val="99"/>
    <w:semiHidden/>
    <w:unhideWhenUsed/>
    <w:rsid w:val="001C65E2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2"/>
    <w:link w:val="35"/>
    <w:uiPriority w:val="99"/>
    <w:semiHidden/>
    <w:rsid w:val="001C65E2"/>
    <w:rPr>
      <w:rFonts w:eastAsiaTheme="minorEastAsia"/>
      <w:sz w:val="16"/>
      <w:szCs w:val="16"/>
      <w:lang w:val="en-US"/>
    </w:rPr>
  </w:style>
  <w:style w:type="paragraph" w:styleId="af4">
    <w:name w:val="No Spacing"/>
    <w:uiPriority w:val="1"/>
    <w:qFormat/>
    <w:rsid w:val="001C65E2"/>
    <w:pPr>
      <w:spacing w:after="0" w:line="240" w:lineRule="auto"/>
    </w:pPr>
    <w:rPr>
      <w:rFonts w:eastAsiaTheme="minorEastAsia"/>
      <w:lang w:val="en-US"/>
    </w:rPr>
  </w:style>
  <w:style w:type="paragraph" w:styleId="af5">
    <w:name w:val="List Paragraph"/>
    <w:basedOn w:val="a1"/>
    <w:uiPriority w:val="34"/>
    <w:qFormat/>
    <w:rsid w:val="001C65E2"/>
    <w:pPr>
      <w:ind w:left="720"/>
      <w:contextualSpacing/>
    </w:pPr>
  </w:style>
  <w:style w:type="paragraph" w:styleId="27">
    <w:name w:val="Quote"/>
    <w:basedOn w:val="a1"/>
    <w:next w:val="a1"/>
    <w:link w:val="28"/>
    <w:uiPriority w:val="29"/>
    <w:qFormat/>
    <w:rsid w:val="001C65E2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1C65E2"/>
    <w:rPr>
      <w:rFonts w:eastAsiaTheme="minorEastAsia"/>
      <w:i/>
      <w:iCs/>
      <w:color w:val="000000" w:themeColor="text1"/>
      <w:lang w:val="en-US"/>
    </w:rPr>
  </w:style>
  <w:style w:type="paragraph" w:styleId="af6">
    <w:name w:val="Intense Quote"/>
    <w:basedOn w:val="a1"/>
    <w:next w:val="a1"/>
    <w:link w:val="af7"/>
    <w:uiPriority w:val="30"/>
    <w:qFormat/>
    <w:rsid w:val="001C65E2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7">
    <w:name w:val="Выделенная цитата Знак"/>
    <w:basedOn w:val="a2"/>
    <w:link w:val="af6"/>
    <w:uiPriority w:val="30"/>
    <w:rsid w:val="001C65E2"/>
    <w:rPr>
      <w:rFonts w:eastAsiaTheme="minorEastAsia"/>
      <w:b/>
      <w:bCs/>
      <w:i/>
      <w:iCs/>
      <w:color w:val="4472C4" w:themeColor="accent1"/>
      <w:lang w:val="en-US"/>
    </w:rPr>
  </w:style>
  <w:style w:type="paragraph" w:styleId="af8">
    <w:name w:val="TOC Heading"/>
    <w:basedOn w:val="1"/>
    <w:next w:val="a1"/>
    <w:uiPriority w:val="39"/>
    <w:semiHidden/>
    <w:unhideWhenUsed/>
    <w:qFormat/>
    <w:rsid w:val="001C65E2"/>
    <w:pPr>
      <w:outlineLvl w:val="9"/>
    </w:pPr>
  </w:style>
  <w:style w:type="character" w:styleId="af9">
    <w:name w:val="Subtle Emphasis"/>
    <w:basedOn w:val="a2"/>
    <w:uiPriority w:val="19"/>
    <w:qFormat/>
    <w:rsid w:val="001C65E2"/>
    <w:rPr>
      <w:i/>
      <w:iCs/>
      <w:color w:val="808080" w:themeColor="text1" w:themeTint="7F"/>
    </w:rPr>
  </w:style>
  <w:style w:type="character" w:styleId="afa">
    <w:name w:val="Intense Emphasis"/>
    <w:basedOn w:val="a2"/>
    <w:uiPriority w:val="21"/>
    <w:qFormat/>
    <w:rsid w:val="001C65E2"/>
    <w:rPr>
      <w:b/>
      <w:bCs/>
      <w:i/>
      <w:iCs/>
      <w:color w:val="4472C4" w:themeColor="accent1"/>
    </w:rPr>
  </w:style>
  <w:style w:type="character" w:styleId="afb">
    <w:name w:val="Subtle Reference"/>
    <w:basedOn w:val="a2"/>
    <w:uiPriority w:val="31"/>
    <w:qFormat/>
    <w:rsid w:val="001C65E2"/>
    <w:rPr>
      <w:smallCaps/>
      <w:color w:val="ED7D31" w:themeColor="accent2"/>
      <w:u w:val="single"/>
    </w:rPr>
  </w:style>
  <w:style w:type="character" w:styleId="afc">
    <w:name w:val="Intense Reference"/>
    <w:basedOn w:val="a2"/>
    <w:uiPriority w:val="32"/>
    <w:qFormat/>
    <w:rsid w:val="001C65E2"/>
    <w:rPr>
      <w:b/>
      <w:bCs/>
      <w:smallCaps/>
      <w:color w:val="ED7D31" w:themeColor="accent2"/>
      <w:spacing w:val="5"/>
      <w:u w:val="single"/>
    </w:rPr>
  </w:style>
  <w:style w:type="character" w:styleId="afd">
    <w:name w:val="Book Title"/>
    <w:basedOn w:val="a2"/>
    <w:uiPriority w:val="33"/>
    <w:qFormat/>
    <w:rsid w:val="001C65E2"/>
    <w:rPr>
      <w:b/>
      <w:bCs/>
      <w:smallCaps/>
      <w:spacing w:val="5"/>
    </w:rPr>
  </w:style>
  <w:style w:type="table" w:styleId="afe">
    <w:name w:val="Table Grid"/>
    <w:basedOn w:val="a3"/>
    <w:uiPriority w:val="59"/>
    <w:rsid w:val="001C65E2"/>
    <w:pPr>
      <w:spacing w:after="0" w:line="240" w:lineRule="auto"/>
    </w:pPr>
    <w:rPr>
      <w:rFonts w:eastAsiaTheme="minorEastAsia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">
    <w:name w:val="Light Shading"/>
    <w:basedOn w:val="a3"/>
    <w:uiPriority w:val="60"/>
    <w:semiHidden/>
    <w:unhideWhenUsed/>
    <w:rsid w:val="001C65E2"/>
    <w:pPr>
      <w:spacing w:after="0" w:line="240" w:lineRule="auto"/>
    </w:pPr>
    <w:rPr>
      <w:rFonts w:eastAsiaTheme="minorEastAsia"/>
      <w:color w:val="000000" w:themeColor="text1" w:themeShade="BF"/>
      <w:lang w:val="en-US"/>
    </w:rPr>
    <w:tblPr>
      <w:tblStyleRowBandSize w:val="1"/>
      <w:tblStyleColBandSize w:val="1"/>
      <w:tblInd w:w="0" w:type="nil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ff0">
    <w:name w:val="Light List"/>
    <w:basedOn w:val="a3"/>
    <w:uiPriority w:val="61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ff1">
    <w:name w:val="Light Grid"/>
    <w:basedOn w:val="a3"/>
    <w:uiPriority w:val="62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1">
    <w:name w:val="Medium Shading 1"/>
    <w:basedOn w:val="a3"/>
    <w:uiPriority w:val="63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 w:hint="default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2a">
    <w:name w:val="Medium List 2"/>
    <w:basedOn w:val="a3"/>
    <w:uiPriority w:val="66"/>
    <w:semiHidden/>
    <w:unhideWhenUsed/>
    <w:rsid w:val="001C65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2b">
    <w:name w:val="Medium Grid 2"/>
    <w:basedOn w:val="a3"/>
    <w:uiPriority w:val="68"/>
    <w:semiHidden/>
    <w:unhideWhenUsed/>
    <w:rsid w:val="001C65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aff2">
    <w:name w:val="Dark List"/>
    <w:basedOn w:val="a3"/>
    <w:uiPriority w:val="70"/>
    <w:semiHidden/>
    <w:unhideWhenUsed/>
    <w:rsid w:val="001C65E2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  <w:tblInd w:w="0" w:type="nil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aff3">
    <w:name w:val="Colorful Shading"/>
    <w:basedOn w:val="a3"/>
    <w:uiPriority w:val="71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4">
    <w:name w:val="Colorful List"/>
    <w:basedOn w:val="a3"/>
    <w:uiPriority w:val="72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aff5">
    <w:name w:val="Colorful Grid"/>
    <w:basedOn w:val="a3"/>
    <w:uiPriority w:val="73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Light Shading Accent 1"/>
    <w:basedOn w:val="a3"/>
    <w:uiPriority w:val="60"/>
    <w:semiHidden/>
    <w:unhideWhenUsed/>
    <w:rsid w:val="001C65E2"/>
    <w:pPr>
      <w:spacing w:after="0" w:line="240" w:lineRule="auto"/>
    </w:pPr>
    <w:rPr>
      <w:rFonts w:eastAsiaTheme="minorEastAsia"/>
      <w:color w:val="2F5496" w:themeColor="accent1" w:themeShade="BF"/>
      <w:lang w:val="en-US"/>
    </w:rPr>
    <w:tblPr>
      <w:tblStyleRowBandSize w:val="1"/>
      <w:tblStyleColBandSize w:val="1"/>
      <w:tblInd w:w="0" w:type="nil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-10">
    <w:name w:val="Light List Accent 1"/>
    <w:basedOn w:val="a3"/>
    <w:uiPriority w:val="61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-11">
    <w:name w:val="Light Grid Accent 1"/>
    <w:basedOn w:val="a3"/>
    <w:uiPriority w:val="62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1-1">
    <w:name w:val="Medium Shading 1 Accent 1"/>
    <w:basedOn w:val="a3"/>
    <w:uiPriority w:val="63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10">
    <w:name w:val="Medium List 1 Accent 1"/>
    <w:basedOn w:val="a3"/>
    <w:uiPriority w:val="65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 w:hint="default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2-10">
    <w:name w:val="Medium List 2 Accent 1"/>
    <w:basedOn w:val="a3"/>
    <w:uiPriority w:val="66"/>
    <w:semiHidden/>
    <w:unhideWhenUsed/>
    <w:rsid w:val="001C65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11">
    <w:name w:val="Medium Grid 1 Accent 1"/>
    <w:basedOn w:val="a3"/>
    <w:uiPriority w:val="67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2-11">
    <w:name w:val="Medium Grid 2 Accent 1"/>
    <w:basedOn w:val="a3"/>
    <w:uiPriority w:val="68"/>
    <w:semiHidden/>
    <w:unhideWhenUsed/>
    <w:rsid w:val="001C65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-1">
    <w:name w:val="Medium Grid 3 Accent 1"/>
    <w:basedOn w:val="a3"/>
    <w:uiPriority w:val="69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-12">
    <w:name w:val="Dark List Accent 1"/>
    <w:basedOn w:val="a3"/>
    <w:uiPriority w:val="70"/>
    <w:semiHidden/>
    <w:unhideWhenUsed/>
    <w:rsid w:val="001C65E2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  <w:tblInd w:w="0" w:type="nil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-13">
    <w:name w:val="Colorful Shading Accent 1"/>
    <w:basedOn w:val="a3"/>
    <w:uiPriority w:val="71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List Accent 1"/>
    <w:basedOn w:val="a3"/>
    <w:uiPriority w:val="72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15">
    <w:name w:val="Colorful Grid Accent 1"/>
    <w:basedOn w:val="a3"/>
    <w:uiPriority w:val="73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-2">
    <w:name w:val="Light Shading Accent 2"/>
    <w:basedOn w:val="a3"/>
    <w:uiPriority w:val="60"/>
    <w:semiHidden/>
    <w:unhideWhenUsed/>
    <w:rsid w:val="001C65E2"/>
    <w:pPr>
      <w:spacing w:after="0" w:line="240" w:lineRule="auto"/>
    </w:pPr>
    <w:rPr>
      <w:rFonts w:eastAsiaTheme="minorEastAsia"/>
      <w:color w:val="C45911" w:themeColor="accent2" w:themeShade="BF"/>
      <w:lang w:val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20">
    <w:name w:val="Light List Accent 2"/>
    <w:basedOn w:val="a3"/>
    <w:uiPriority w:val="61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21">
    <w:name w:val="Light Grid Accent 2"/>
    <w:basedOn w:val="a3"/>
    <w:uiPriority w:val="62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1-2">
    <w:name w:val="Medium Shading 1 Accent 2"/>
    <w:basedOn w:val="a3"/>
    <w:uiPriority w:val="63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20">
    <w:name w:val="Medium List 1 Accent 2"/>
    <w:basedOn w:val="a3"/>
    <w:uiPriority w:val="65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 w:hint="default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2-20">
    <w:name w:val="Medium List 2 Accent 2"/>
    <w:basedOn w:val="a3"/>
    <w:uiPriority w:val="66"/>
    <w:semiHidden/>
    <w:unhideWhenUsed/>
    <w:rsid w:val="001C65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21">
    <w:name w:val="Medium Grid 1 Accent 2"/>
    <w:basedOn w:val="a3"/>
    <w:uiPriority w:val="67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2-21">
    <w:name w:val="Medium Grid 2 Accent 2"/>
    <w:basedOn w:val="a3"/>
    <w:uiPriority w:val="68"/>
    <w:semiHidden/>
    <w:unhideWhenUsed/>
    <w:rsid w:val="001C65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-2">
    <w:name w:val="Medium Grid 3 Accent 2"/>
    <w:basedOn w:val="a3"/>
    <w:uiPriority w:val="69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-22">
    <w:name w:val="Dark List Accent 2"/>
    <w:basedOn w:val="a3"/>
    <w:uiPriority w:val="70"/>
    <w:semiHidden/>
    <w:unhideWhenUsed/>
    <w:rsid w:val="001C65E2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  <w:tblInd w:w="0" w:type="nil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23">
    <w:name w:val="Colorful Shading Accent 2"/>
    <w:basedOn w:val="a3"/>
    <w:uiPriority w:val="71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4">
    <w:name w:val="Colorful List Accent 2"/>
    <w:basedOn w:val="a3"/>
    <w:uiPriority w:val="72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25">
    <w:name w:val="Colorful Grid Accent 2"/>
    <w:basedOn w:val="a3"/>
    <w:uiPriority w:val="73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">
    <w:name w:val="Light Shading Accent 3"/>
    <w:basedOn w:val="a3"/>
    <w:uiPriority w:val="60"/>
    <w:semiHidden/>
    <w:unhideWhenUsed/>
    <w:rsid w:val="001C65E2"/>
    <w:pPr>
      <w:spacing w:after="0" w:line="240" w:lineRule="auto"/>
    </w:pPr>
    <w:rPr>
      <w:rFonts w:eastAsiaTheme="minorEastAsia"/>
      <w:color w:val="7B7B7B" w:themeColor="accent3" w:themeShade="BF"/>
      <w:lang w:val="en-US"/>
    </w:rPr>
    <w:tblPr>
      <w:tblStyleRowBandSize w:val="1"/>
      <w:tblStyleColBandSize w:val="1"/>
      <w:tblInd w:w="0" w:type="nil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30">
    <w:name w:val="Light List Accent 3"/>
    <w:basedOn w:val="a3"/>
    <w:uiPriority w:val="61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31">
    <w:name w:val="Light Grid Accent 3"/>
    <w:basedOn w:val="a3"/>
    <w:uiPriority w:val="62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1-3">
    <w:name w:val="Medium Shading 1 Accent 3"/>
    <w:basedOn w:val="a3"/>
    <w:uiPriority w:val="63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30">
    <w:name w:val="Medium List 1 Accent 3"/>
    <w:basedOn w:val="a3"/>
    <w:uiPriority w:val="65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 w:hint="default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2-30">
    <w:name w:val="Medium List 2 Accent 3"/>
    <w:basedOn w:val="a3"/>
    <w:uiPriority w:val="66"/>
    <w:semiHidden/>
    <w:unhideWhenUsed/>
    <w:rsid w:val="001C65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31">
    <w:name w:val="Medium Grid 1 Accent 3"/>
    <w:basedOn w:val="a3"/>
    <w:uiPriority w:val="67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-31">
    <w:name w:val="Medium Grid 2 Accent 3"/>
    <w:basedOn w:val="a3"/>
    <w:uiPriority w:val="68"/>
    <w:semiHidden/>
    <w:unhideWhenUsed/>
    <w:rsid w:val="001C65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-3">
    <w:name w:val="Medium Grid 3 Accent 3"/>
    <w:basedOn w:val="a3"/>
    <w:uiPriority w:val="69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-32">
    <w:name w:val="Dark List Accent 3"/>
    <w:basedOn w:val="a3"/>
    <w:uiPriority w:val="70"/>
    <w:semiHidden/>
    <w:unhideWhenUsed/>
    <w:rsid w:val="001C65E2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  <w:tblInd w:w="0" w:type="nil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33">
    <w:name w:val="Colorful Shading Accent 3"/>
    <w:basedOn w:val="a3"/>
    <w:uiPriority w:val="71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34">
    <w:name w:val="Colorful List Accent 3"/>
    <w:basedOn w:val="a3"/>
    <w:uiPriority w:val="72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35">
    <w:name w:val="Colorful Grid Accent 3"/>
    <w:basedOn w:val="a3"/>
    <w:uiPriority w:val="73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">
    <w:name w:val="Light Shading Accent 4"/>
    <w:basedOn w:val="a3"/>
    <w:uiPriority w:val="60"/>
    <w:semiHidden/>
    <w:unhideWhenUsed/>
    <w:rsid w:val="001C65E2"/>
    <w:pPr>
      <w:spacing w:after="0" w:line="240" w:lineRule="auto"/>
    </w:pPr>
    <w:rPr>
      <w:rFonts w:eastAsiaTheme="minorEastAsia"/>
      <w:color w:val="BF8F00" w:themeColor="accent4" w:themeShade="BF"/>
      <w:lang w:val="en-US"/>
    </w:rPr>
    <w:tblPr>
      <w:tblStyleRowBandSize w:val="1"/>
      <w:tblStyleColBandSize w:val="1"/>
      <w:tblInd w:w="0" w:type="nil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40">
    <w:name w:val="Light List Accent 4"/>
    <w:basedOn w:val="a3"/>
    <w:uiPriority w:val="61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41">
    <w:name w:val="Light Grid Accent 4"/>
    <w:basedOn w:val="a3"/>
    <w:uiPriority w:val="62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1-4">
    <w:name w:val="Medium Shading 1 Accent 4"/>
    <w:basedOn w:val="a3"/>
    <w:uiPriority w:val="63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40">
    <w:name w:val="Medium List 1 Accent 4"/>
    <w:basedOn w:val="a3"/>
    <w:uiPriority w:val="65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 w:hint="default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2-40">
    <w:name w:val="Medium List 2 Accent 4"/>
    <w:basedOn w:val="a3"/>
    <w:uiPriority w:val="66"/>
    <w:semiHidden/>
    <w:unhideWhenUsed/>
    <w:rsid w:val="001C65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41">
    <w:name w:val="Medium Grid 1 Accent 4"/>
    <w:basedOn w:val="a3"/>
    <w:uiPriority w:val="67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2-41">
    <w:name w:val="Medium Grid 2 Accent 4"/>
    <w:basedOn w:val="a3"/>
    <w:uiPriority w:val="68"/>
    <w:semiHidden/>
    <w:unhideWhenUsed/>
    <w:rsid w:val="001C65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-4">
    <w:name w:val="Medium Grid 3 Accent 4"/>
    <w:basedOn w:val="a3"/>
    <w:uiPriority w:val="69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-42">
    <w:name w:val="Dark List Accent 4"/>
    <w:basedOn w:val="a3"/>
    <w:uiPriority w:val="70"/>
    <w:semiHidden/>
    <w:unhideWhenUsed/>
    <w:rsid w:val="001C65E2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  <w:tblInd w:w="0" w:type="nil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43">
    <w:name w:val="Colorful Shading Accent 4"/>
    <w:basedOn w:val="a3"/>
    <w:uiPriority w:val="71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44">
    <w:name w:val="Colorful List Accent 4"/>
    <w:basedOn w:val="a3"/>
    <w:uiPriority w:val="72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45">
    <w:name w:val="Colorful Grid Accent 4"/>
    <w:basedOn w:val="a3"/>
    <w:uiPriority w:val="73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">
    <w:name w:val="Light Shading Accent 5"/>
    <w:basedOn w:val="a3"/>
    <w:uiPriority w:val="60"/>
    <w:semiHidden/>
    <w:unhideWhenUsed/>
    <w:rsid w:val="001C65E2"/>
    <w:pPr>
      <w:spacing w:after="0" w:line="240" w:lineRule="auto"/>
    </w:pPr>
    <w:rPr>
      <w:rFonts w:eastAsiaTheme="minorEastAsia"/>
      <w:color w:val="2E74B5" w:themeColor="accent5" w:themeShade="BF"/>
      <w:lang w:val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-50">
    <w:name w:val="Light List Accent 5"/>
    <w:basedOn w:val="a3"/>
    <w:uiPriority w:val="61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-51">
    <w:name w:val="Light Grid Accent 5"/>
    <w:basedOn w:val="a3"/>
    <w:uiPriority w:val="62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1-5">
    <w:name w:val="Medium Shading 1 Accent 5"/>
    <w:basedOn w:val="a3"/>
    <w:uiPriority w:val="63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0">
    <w:name w:val="Medium List 1 Accent 5"/>
    <w:basedOn w:val="a3"/>
    <w:uiPriority w:val="65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 w:hint="default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2-50">
    <w:name w:val="Medium List 2 Accent 5"/>
    <w:basedOn w:val="a3"/>
    <w:uiPriority w:val="66"/>
    <w:semiHidden/>
    <w:unhideWhenUsed/>
    <w:rsid w:val="001C65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51">
    <w:name w:val="Medium Grid 1 Accent 5"/>
    <w:basedOn w:val="a3"/>
    <w:uiPriority w:val="67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2-51">
    <w:name w:val="Medium Grid 2 Accent 5"/>
    <w:basedOn w:val="a3"/>
    <w:uiPriority w:val="68"/>
    <w:semiHidden/>
    <w:unhideWhenUsed/>
    <w:rsid w:val="001C65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-5">
    <w:name w:val="Medium Grid 3 Accent 5"/>
    <w:basedOn w:val="a3"/>
    <w:uiPriority w:val="69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-52">
    <w:name w:val="Dark List Accent 5"/>
    <w:basedOn w:val="a3"/>
    <w:uiPriority w:val="70"/>
    <w:semiHidden/>
    <w:unhideWhenUsed/>
    <w:rsid w:val="001C65E2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  <w:tblInd w:w="0" w:type="nil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-53">
    <w:name w:val="Colorful Shading Accent 5"/>
    <w:basedOn w:val="a3"/>
    <w:uiPriority w:val="71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4">
    <w:name w:val="Colorful List Accent 5"/>
    <w:basedOn w:val="a3"/>
    <w:uiPriority w:val="72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55">
    <w:name w:val="Colorful Grid Accent 5"/>
    <w:basedOn w:val="a3"/>
    <w:uiPriority w:val="73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-6">
    <w:name w:val="Light Shading Accent 6"/>
    <w:basedOn w:val="a3"/>
    <w:uiPriority w:val="60"/>
    <w:semiHidden/>
    <w:unhideWhenUsed/>
    <w:rsid w:val="001C65E2"/>
    <w:pPr>
      <w:spacing w:after="0" w:line="240" w:lineRule="auto"/>
    </w:pPr>
    <w:rPr>
      <w:rFonts w:eastAsiaTheme="minorEastAsia"/>
      <w:color w:val="538135" w:themeColor="accent6" w:themeShade="BF"/>
      <w:lang w:val="en-US"/>
    </w:rPr>
    <w:tblPr>
      <w:tblStyleRowBandSize w:val="1"/>
      <w:tblStyleColBandSize w:val="1"/>
      <w:tblInd w:w="0" w:type="nil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-60">
    <w:name w:val="Light List Accent 6"/>
    <w:basedOn w:val="a3"/>
    <w:uiPriority w:val="61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-61">
    <w:name w:val="Light Grid Accent 6"/>
    <w:basedOn w:val="a3"/>
    <w:uiPriority w:val="62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1-6">
    <w:name w:val="Medium Shading 1 Accent 6"/>
    <w:basedOn w:val="a3"/>
    <w:uiPriority w:val="63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60">
    <w:name w:val="Medium List 1 Accent 6"/>
    <w:basedOn w:val="a3"/>
    <w:uiPriority w:val="65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 w:hint="default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-60">
    <w:name w:val="Medium List 2 Accent 6"/>
    <w:basedOn w:val="a3"/>
    <w:uiPriority w:val="66"/>
    <w:semiHidden/>
    <w:unhideWhenUsed/>
    <w:rsid w:val="001C65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61">
    <w:name w:val="Medium Grid 1 Accent 6"/>
    <w:basedOn w:val="a3"/>
    <w:uiPriority w:val="67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-61">
    <w:name w:val="Medium Grid 2 Accent 6"/>
    <w:basedOn w:val="a3"/>
    <w:uiPriority w:val="68"/>
    <w:semiHidden/>
    <w:unhideWhenUsed/>
    <w:rsid w:val="001C65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-6">
    <w:name w:val="Medium Grid 3 Accent 6"/>
    <w:basedOn w:val="a3"/>
    <w:uiPriority w:val="69"/>
    <w:semiHidden/>
    <w:unhideWhenUsed/>
    <w:rsid w:val="001C65E2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-62">
    <w:name w:val="Dark List Accent 6"/>
    <w:basedOn w:val="a3"/>
    <w:uiPriority w:val="70"/>
    <w:semiHidden/>
    <w:unhideWhenUsed/>
    <w:rsid w:val="001C65E2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  <w:tblInd w:w="0" w:type="nil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-63">
    <w:name w:val="Colorful Shading Accent 6"/>
    <w:basedOn w:val="a3"/>
    <w:uiPriority w:val="71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4">
    <w:name w:val="Colorful List Accent 6"/>
    <w:basedOn w:val="a3"/>
    <w:uiPriority w:val="72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65">
    <w:name w:val="Colorful Grid Accent 6"/>
    <w:basedOn w:val="a3"/>
    <w:uiPriority w:val="73"/>
    <w:semiHidden/>
    <w:unhideWhenUsed/>
    <w:rsid w:val="001C65E2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Ind w:w="0" w:type="nil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3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5102</Words>
  <Characters>29088</Characters>
  <Application>Microsoft Office Word</Application>
  <DocSecurity>0</DocSecurity>
  <Lines>242</Lines>
  <Paragraphs>68</Paragraphs>
  <ScaleCrop>false</ScaleCrop>
  <Company/>
  <LinksUpToDate>false</LinksUpToDate>
  <CharactersWithSpaces>34122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5</cp:revision>
  <dcterms:created xsi:type="dcterms:W3CDTF">2023-09-07T11:33:00Z</dcterms:created>
  <dcterms:modified xsi:type="dcterms:W3CDTF">2023-10-13T10:43:00Z</dcterms:modified>
</cp:coreProperties>
</file>